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5EBEF" w14:textId="6947A4E2" w:rsidR="00B952D9" w:rsidRPr="001A6C0C" w:rsidRDefault="001658C2">
      <w:pPr>
        <w:spacing w:after="400"/>
        <w:jc w:val="center"/>
        <w:rPr>
          <w:lang w:val="pt-BR"/>
        </w:rPr>
      </w:pPr>
      <w:r w:rsidRPr="001A6C0C">
        <w:rPr>
          <w:b/>
          <w:color w:val="1B365D"/>
          <w:sz w:val="30"/>
          <w:lang w:val="pt-BR"/>
        </w:rPr>
        <w:t>LISTA E PËRFAQËSUESVE NË MBLEDHJE</w:t>
      </w:r>
      <w:r w:rsidRPr="001A6C0C">
        <w:rPr>
          <w:b/>
          <w:color w:val="1B365D"/>
          <w:sz w:val="30"/>
          <w:lang w:val="pt-BR"/>
        </w:rPr>
        <w:br/>
        <w:t>(Gjithsej 6</w:t>
      </w:r>
      <w:r w:rsidR="001A6C0C">
        <w:rPr>
          <w:b/>
          <w:color w:val="1B365D"/>
          <w:sz w:val="30"/>
          <w:lang w:val="pt-BR"/>
        </w:rPr>
        <w:t>9</w:t>
      </w:r>
      <w:r w:rsidRPr="001A6C0C">
        <w:rPr>
          <w:b/>
          <w:color w:val="1B365D"/>
          <w:sz w:val="30"/>
          <w:lang w:val="pt-BR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7"/>
        <w:gridCol w:w="5843"/>
      </w:tblGrid>
      <w:tr w:rsidR="00B952D9" w14:paraId="4FF519B9" w14:textId="77777777" w:rsidTr="00A01CB4">
        <w:tc>
          <w:tcPr>
            <w:tcW w:w="3507" w:type="dxa"/>
            <w:shd w:val="clear" w:color="auto" w:fill="1B365D"/>
          </w:tcPr>
          <w:p w14:paraId="719906AA" w14:textId="77777777" w:rsidR="00B952D9" w:rsidRDefault="001658C2">
            <w:r>
              <w:rPr>
                <w:b/>
                <w:color w:val="FFFFFF"/>
              </w:rPr>
              <w:t>Nr.</w:t>
            </w:r>
          </w:p>
        </w:tc>
        <w:tc>
          <w:tcPr>
            <w:tcW w:w="5843" w:type="dxa"/>
            <w:shd w:val="clear" w:color="auto" w:fill="1B365D"/>
          </w:tcPr>
          <w:p w14:paraId="16A1959B" w14:textId="77777777" w:rsidR="00B952D9" w:rsidRDefault="001658C2">
            <w:r>
              <w:rPr>
                <w:b/>
                <w:color w:val="FFFFFF"/>
              </w:rPr>
              <w:t xml:space="preserve">Emri </w:t>
            </w:r>
            <w:proofErr w:type="spellStart"/>
            <w:r>
              <w:rPr>
                <w:b/>
                <w:color w:val="FFFFFF"/>
              </w:rPr>
              <w:t>i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Përfaqësuesit</w:t>
            </w:r>
            <w:proofErr w:type="spellEnd"/>
          </w:p>
        </w:tc>
      </w:tr>
      <w:tr w:rsidR="00B952D9" w14:paraId="56B44B21" w14:textId="77777777" w:rsidTr="00A01CB4">
        <w:tc>
          <w:tcPr>
            <w:tcW w:w="3507" w:type="dxa"/>
          </w:tcPr>
          <w:p w14:paraId="08E8B3D0" w14:textId="77777777" w:rsidR="00B952D9" w:rsidRDefault="001658C2">
            <w:r>
              <w:t>1</w:t>
            </w:r>
          </w:p>
        </w:tc>
        <w:tc>
          <w:tcPr>
            <w:tcW w:w="5843" w:type="dxa"/>
          </w:tcPr>
          <w:p w14:paraId="6246F1BA" w14:textId="77777777" w:rsidR="00B952D9" w:rsidRDefault="001658C2">
            <w:r>
              <w:t>Pamela Jorgoni</w:t>
            </w:r>
          </w:p>
        </w:tc>
      </w:tr>
      <w:tr w:rsidR="00B952D9" w14:paraId="2307606D" w14:textId="77777777" w:rsidTr="00A01CB4">
        <w:tc>
          <w:tcPr>
            <w:tcW w:w="3507" w:type="dxa"/>
            <w:shd w:val="clear" w:color="auto" w:fill="F4F6F9"/>
          </w:tcPr>
          <w:p w14:paraId="5DB313AB" w14:textId="77777777" w:rsidR="00B952D9" w:rsidRDefault="001658C2">
            <w:r>
              <w:t>2</w:t>
            </w:r>
          </w:p>
        </w:tc>
        <w:tc>
          <w:tcPr>
            <w:tcW w:w="5843" w:type="dxa"/>
            <w:shd w:val="clear" w:color="auto" w:fill="F4F6F9"/>
          </w:tcPr>
          <w:p w14:paraId="3A06696D" w14:textId="77777777" w:rsidR="00B952D9" w:rsidRDefault="001658C2">
            <w:r>
              <w:t>Adela Hodaj</w:t>
            </w:r>
          </w:p>
        </w:tc>
      </w:tr>
      <w:tr w:rsidR="00B952D9" w14:paraId="274B824F" w14:textId="77777777" w:rsidTr="00A01CB4">
        <w:tc>
          <w:tcPr>
            <w:tcW w:w="3507" w:type="dxa"/>
          </w:tcPr>
          <w:p w14:paraId="6D0B09AA" w14:textId="77777777" w:rsidR="00B952D9" w:rsidRDefault="001658C2">
            <w:r>
              <w:t>3</w:t>
            </w:r>
          </w:p>
        </w:tc>
        <w:tc>
          <w:tcPr>
            <w:tcW w:w="5843" w:type="dxa"/>
          </w:tcPr>
          <w:p w14:paraId="5B7EB751" w14:textId="5D458D09" w:rsidR="00B952D9" w:rsidRDefault="001658C2">
            <w:r>
              <w:t>Alban</w:t>
            </w:r>
            <w:r w:rsidR="0078633B">
              <w:t xml:space="preserve"> Hoxha</w:t>
            </w:r>
          </w:p>
        </w:tc>
      </w:tr>
      <w:tr w:rsidR="00B952D9" w14:paraId="1A99B01A" w14:textId="77777777" w:rsidTr="00A01CB4">
        <w:tc>
          <w:tcPr>
            <w:tcW w:w="3507" w:type="dxa"/>
            <w:shd w:val="clear" w:color="auto" w:fill="F4F6F9"/>
          </w:tcPr>
          <w:p w14:paraId="16D2C90C" w14:textId="77777777" w:rsidR="00B952D9" w:rsidRDefault="001658C2">
            <w:r>
              <w:t>4</w:t>
            </w:r>
          </w:p>
        </w:tc>
        <w:tc>
          <w:tcPr>
            <w:tcW w:w="5843" w:type="dxa"/>
            <w:shd w:val="clear" w:color="auto" w:fill="F4F6F9"/>
          </w:tcPr>
          <w:p w14:paraId="2F779B9D" w14:textId="77777777" w:rsidR="00B952D9" w:rsidRDefault="001658C2">
            <w:r>
              <w:t xml:space="preserve">Albana </w:t>
            </w:r>
            <w:proofErr w:type="spellStart"/>
            <w:r>
              <w:t>Berbiu</w:t>
            </w:r>
            <w:proofErr w:type="spellEnd"/>
          </w:p>
        </w:tc>
      </w:tr>
      <w:tr w:rsidR="00B952D9" w14:paraId="6C199B95" w14:textId="77777777" w:rsidTr="00A01CB4">
        <w:tc>
          <w:tcPr>
            <w:tcW w:w="3507" w:type="dxa"/>
          </w:tcPr>
          <w:p w14:paraId="150595A9" w14:textId="77777777" w:rsidR="00B952D9" w:rsidRDefault="001658C2">
            <w:r>
              <w:t>5</w:t>
            </w:r>
          </w:p>
        </w:tc>
        <w:tc>
          <w:tcPr>
            <w:tcW w:w="5843" w:type="dxa"/>
          </w:tcPr>
          <w:p w14:paraId="124B416D" w14:textId="77777777" w:rsidR="00B952D9" w:rsidRDefault="001658C2">
            <w:proofErr w:type="spellStart"/>
            <w:r>
              <w:t>Alket</w:t>
            </w:r>
            <w:proofErr w:type="spellEnd"/>
            <w:r>
              <w:t xml:space="preserve"> Jaupi</w:t>
            </w:r>
          </w:p>
        </w:tc>
      </w:tr>
      <w:tr w:rsidR="00B952D9" w14:paraId="74597595" w14:textId="77777777" w:rsidTr="00A01CB4">
        <w:tc>
          <w:tcPr>
            <w:tcW w:w="3507" w:type="dxa"/>
            <w:shd w:val="clear" w:color="auto" w:fill="F4F6F9"/>
          </w:tcPr>
          <w:p w14:paraId="2D728AAE" w14:textId="77777777" w:rsidR="00B952D9" w:rsidRDefault="001658C2">
            <w:r>
              <w:t>6</w:t>
            </w:r>
          </w:p>
        </w:tc>
        <w:tc>
          <w:tcPr>
            <w:tcW w:w="5843" w:type="dxa"/>
            <w:shd w:val="clear" w:color="auto" w:fill="F4F6F9"/>
          </w:tcPr>
          <w:p w14:paraId="1E3F101A" w14:textId="77777777" w:rsidR="00B952D9" w:rsidRDefault="001658C2">
            <w:r>
              <w:t>Anila Prifti</w:t>
            </w:r>
          </w:p>
        </w:tc>
      </w:tr>
      <w:tr w:rsidR="00B952D9" w14:paraId="2DCC7A59" w14:textId="77777777" w:rsidTr="00A01CB4">
        <w:tc>
          <w:tcPr>
            <w:tcW w:w="3507" w:type="dxa"/>
          </w:tcPr>
          <w:p w14:paraId="2700C18D" w14:textId="77777777" w:rsidR="00B952D9" w:rsidRDefault="001658C2">
            <w:r>
              <w:t>7</w:t>
            </w:r>
          </w:p>
        </w:tc>
        <w:tc>
          <w:tcPr>
            <w:tcW w:w="5843" w:type="dxa"/>
          </w:tcPr>
          <w:p w14:paraId="630E11C4" w14:textId="77777777" w:rsidR="00B952D9" w:rsidRDefault="001658C2">
            <w:r>
              <w:t>Anjeza Koroni</w:t>
            </w:r>
          </w:p>
        </w:tc>
      </w:tr>
      <w:tr w:rsidR="00B952D9" w14:paraId="07BDB8C5" w14:textId="77777777" w:rsidTr="00A01CB4">
        <w:tc>
          <w:tcPr>
            <w:tcW w:w="3507" w:type="dxa"/>
            <w:shd w:val="clear" w:color="auto" w:fill="F4F6F9"/>
          </w:tcPr>
          <w:p w14:paraId="187E82A0" w14:textId="77777777" w:rsidR="00B952D9" w:rsidRDefault="001658C2">
            <w:r>
              <w:t>8</w:t>
            </w:r>
          </w:p>
        </w:tc>
        <w:tc>
          <w:tcPr>
            <w:tcW w:w="5843" w:type="dxa"/>
            <w:shd w:val="clear" w:color="auto" w:fill="F4F6F9"/>
          </w:tcPr>
          <w:p w14:paraId="4865E2E1" w14:textId="77777777" w:rsidR="00B952D9" w:rsidRDefault="001658C2">
            <w:r>
              <w:t xml:space="preserve">Anxhela </w:t>
            </w:r>
            <w:proofErr w:type="spellStart"/>
            <w:r>
              <w:t>Husha</w:t>
            </w:r>
            <w:proofErr w:type="spellEnd"/>
          </w:p>
        </w:tc>
      </w:tr>
      <w:tr w:rsidR="00B952D9" w14:paraId="4A60592D" w14:textId="77777777" w:rsidTr="00A01CB4">
        <w:tc>
          <w:tcPr>
            <w:tcW w:w="3507" w:type="dxa"/>
          </w:tcPr>
          <w:p w14:paraId="146607AE" w14:textId="77777777" w:rsidR="00B952D9" w:rsidRDefault="001658C2">
            <w:r>
              <w:t>9</w:t>
            </w:r>
          </w:p>
        </w:tc>
        <w:tc>
          <w:tcPr>
            <w:tcW w:w="5843" w:type="dxa"/>
          </w:tcPr>
          <w:p w14:paraId="294154D6" w14:textId="77777777" w:rsidR="00B952D9" w:rsidRDefault="001658C2">
            <w:proofErr w:type="spellStart"/>
            <w:r>
              <w:t>Artemida</w:t>
            </w:r>
            <w:proofErr w:type="spellEnd"/>
            <w:r>
              <w:t xml:space="preserve"> Ceca</w:t>
            </w:r>
          </w:p>
        </w:tc>
      </w:tr>
      <w:tr w:rsidR="00B952D9" w14:paraId="3AE924E2" w14:textId="77777777" w:rsidTr="00A01CB4">
        <w:tc>
          <w:tcPr>
            <w:tcW w:w="3507" w:type="dxa"/>
            <w:shd w:val="clear" w:color="auto" w:fill="F4F6F9"/>
          </w:tcPr>
          <w:p w14:paraId="6D49FF77" w14:textId="77777777" w:rsidR="00B952D9" w:rsidRDefault="001658C2">
            <w:r>
              <w:t>10</w:t>
            </w:r>
          </w:p>
        </w:tc>
        <w:tc>
          <w:tcPr>
            <w:tcW w:w="5843" w:type="dxa"/>
            <w:shd w:val="clear" w:color="auto" w:fill="F4F6F9"/>
          </w:tcPr>
          <w:p w14:paraId="4ADA7C8E" w14:textId="77777777" w:rsidR="00B952D9" w:rsidRDefault="001658C2">
            <w:r>
              <w:t xml:space="preserve">Bledar </w:t>
            </w:r>
            <w:proofErr w:type="spellStart"/>
            <w:r>
              <w:t>Shorri</w:t>
            </w:r>
            <w:proofErr w:type="spellEnd"/>
          </w:p>
        </w:tc>
      </w:tr>
      <w:tr w:rsidR="00B952D9" w14:paraId="3D138F9D" w14:textId="77777777" w:rsidTr="00A01CB4">
        <w:tc>
          <w:tcPr>
            <w:tcW w:w="3507" w:type="dxa"/>
          </w:tcPr>
          <w:p w14:paraId="1D38CF04" w14:textId="77777777" w:rsidR="00B952D9" w:rsidRDefault="001658C2">
            <w:r>
              <w:t>11</w:t>
            </w:r>
          </w:p>
        </w:tc>
        <w:tc>
          <w:tcPr>
            <w:tcW w:w="5843" w:type="dxa"/>
          </w:tcPr>
          <w:p w14:paraId="276A88EC" w14:textId="77777777" w:rsidR="00B952D9" w:rsidRDefault="001658C2">
            <w:r>
              <w:t>Blerina Ibro</w:t>
            </w:r>
          </w:p>
        </w:tc>
      </w:tr>
      <w:tr w:rsidR="00B952D9" w14:paraId="07E47649" w14:textId="77777777" w:rsidTr="00A01CB4">
        <w:tc>
          <w:tcPr>
            <w:tcW w:w="3507" w:type="dxa"/>
            <w:shd w:val="clear" w:color="auto" w:fill="F4F6F9"/>
          </w:tcPr>
          <w:p w14:paraId="3279579F" w14:textId="77777777" w:rsidR="00B952D9" w:rsidRDefault="001658C2">
            <w:r>
              <w:t>12</w:t>
            </w:r>
          </w:p>
        </w:tc>
        <w:tc>
          <w:tcPr>
            <w:tcW w:w="5843" w:type="dxa"/>
            <w:shd w:val="clear" w:color="auto" w:fill="F4F6F9"/>
          </w:tcPr>
          <w:p w14:paraId="74234394" w14:textId="77777777" w:rsidR="00B952D9" w:rsidRDefault="001658C2">
            <w:r>
              <w:t xml:space="preserve">Blerina </w:t>
            </w:r>
            <w:proofErr w:type="spellStart"/>
            <w:r>
              <w:t>Memaj</w:t>
            </w:r>
            <w:proofErr w:type="spellEnd"/>
          </w:p>
        </w:tc>
      </w:tr>
      <w:tr w:rsidR="00B952D9" w14:paraId="25C69698" w14:textId="77777777" w:rsidTr="00A01CB4">
        <w:tc>
          <w:tcPr>
            <w:tcW w:w="3507" w:type="dxa"/>
          </w:tcPr>
          <w:p w14:paraId="629A8930" w14:textId="77777777" w:rsidR="00B952D9" w:rsidRDefault="001658C2">
            <w:r>
              <w:t>13</w:t>
            </w:r>
          </w:p>
        </w:tc>
        <w:tc>
          <w:tcPr>
            <w:tcW w:w="5843" w:type="dxa"/>
          </w:tcPr>
          <w:p w14:paraId="5D8DD8E4" w14:textId="77777777" w:rsidR="00B952D9" w:rsidRDefault="001658C2">
            <w:proofErr w:type="spellStart"/>
            <w:r>
              <w:t>Cikopana</w:t>
            </w:r>
            <w:proofErr w:type="spellEnd"/>
            <w:r>
              <w:t xml:space="preserve"> Ledia</w:t>
            </w:r>
          </w:p>
        </w:tc>
      </w:tr>
      <w:tr w:rsidR="00B952D9" w14:paraId="5E88A918" w14:textId="77777777" w:rsidTr="00A01CB4">
        <w:tc>
          <w:tcPr>
            <w:tcW w:w="3507" w:type="dxa"/>
            <w:shd w:val="clear" w:color="auto" w:fill="F4F6F9"/>
          </w:tcPr>
          <w:p w14:paraId="4E8C110C" w14:textId="77777777" w:rsidR="00B952D9" w:rsidRDefault="001658C2">
            <w:r>
              <w:t>14</w:t>
            </w:r>
          </w:p>
        </w:tc>
        <w:tc>
          <w:tcPr>
            <w:tcW w:w="5843" w:type="dxa"/>
            <w:shd w:val="clear" w:color="auto" w:fill="F4F6F9"/>
          </w:tcPr>
          <w:p w14:paraId="6E76CC4D" w14:textId="77777777" w:rsidR="00B952D9" w:rsidRDefault="001658C2">
            <w:r>
              <w:t xml:space="preserve">Dafina </w:t>
            </w:r>
            <w:proofErr w:type="spellStart"/>
            <w:r>
              <w:t>Dodoveci</w:t>
            </w:r>
            <w:proofErr w:type="spellEnd"/>
          </w:p>
        </w:tc>
      </w:tr>
      <w:tr w:rsidR="00B952D9" w14:paraId="0462DA64" w14:textId="77777777" w:rsidTr="00A01CB4">
        <w:tc>
          <w:tcPr>
            <w:tcW w:w="3507" w:type="dxa"/>
          </w:tcPr>
          <w:p w14:paraId="3BCBF8FA" w14:textId="77777777" w:rsidR="00B952D9" w:rsidRDefault="001658C2">
            <w:r>
              <w:t>15</w:t>
            </w:r>
          </w:p>
        </w:tc>
        <w:tc>
          <w:tcPr>
            <w:tcW w:w="5843" w:type="dxa"/>
          </w:tcPr>
          <w:p w14:paraId="1B1B60F2" w14:textId="77777777" w:rsidR="00B952D9" w:rsidRDefault="001658C2">
            <w:r>
              <w:t>Denisa Canaj</w:t>
            </w:r>
          </w:p>
        </w:tc>
      </w:tr>
      <w:tr w:rsidR="00B952D9" w14:paraId="5FBA18AA" w14:textId="77777777" w:rsidTr="00A01CB4">
        <w:tc>
          <w:tcPr>
            <w:tcW w:w="3507" w:type="dxa"/>
            <w:shd w:val="clear" w:color="auto" w:fill="F4F6F9"/>
          </w:tcPr>
          <w:p w14:paraId="5F60E3D3" w14:textId="77777777" w:rsidR="00B952D9" w:rsidRDefault="001658C2">
            <w:r>
              <w:t>16</w:t>
            </w:r>
          </w:p>
        </w:tc>
        <w:tc>
          <w:tcPr>
            <w:tcW w:w="5843" w:type="dxa"/>
            <w:shd w:val="clear" w:color="auto" w:fill="F4F6F9"/>
          </w:tcPr>
          <w:p w14:paraId="23110A05" w14:textId="77777777" w:rsidR="00B952D9" w:rsidRDefault="001658C2">
            <w:r>
              <w:t>Dhurim Kurti</w:t>
            </w:r>
          </w:p>
        </w:tc>
      </w:tr>
      <w:tr w:rsidR="00B952D9" w14:paraId="3AAD5731" w14:textId="77777777" w:rsidTr="00A01CB4">
        <w:tc>
          <w:tcPr>
            <w:tcW w:w="3507" w:type="dxa"/>
          </w:tcPr>
          <w:p w14:paraId="01510A1A" w14:textId="77777777" w:rsidR="00B952D9" w:rsidRDefault="001658C2">
            <w:r>
              <w:t>17</w:t>
            </w:r>
          </w:p>
        </w:tc>
        <w:tc>
          <w:tcPr>
            <w:tcW w:w="5843" w:type="dxa"/>
          </w:tcPr>
          <w:p w14:paraId="1CFD40D8" w14:textId="77777777" w:rsidR="00B952D9" w:rsidRDefault="001658C2">
            <w:r>
              <w:t>Dorela Hasankolli</w:t>
            </w:r>
          </w:p>
        </w:tc>
      </w:tr>
      <w:tr w:rsidR="00B952D9" w14:paraId="4C22C1AC" w14:textId="77777777" w:rsidTr="00A01CB4">
        <w:tc>
          <w:tcPr>
            <w:tcW w:w="3507" w:type="dxa"/>
            <w:shd w:val="clear" w:color="auto" w:fill="F4F6F9"/>
          </w:tcPr>
          <w:p w14:paraId="26F6C509" w14:textId="77777777" w:rsidR="00B952D9" w:rsidRDefault="001658C2">
            <w:r>
              <w:t>18</w:t>
            </w:r>
          </w:p>
        </w:tc>
        <w:tc>
          <w:tcPr>
            <w:tcW w:w="5843" w:type="dxa"/>
            <w:shd w:val="clear" w:color="auto" w:fill="F4F6F9"/>
          </w:tcPr>
          <w:p w14:paraId="63F1BE6A" w14:textId="77777777" w:rsidR="00B952D9" w:rsidRDefault="001658C2">
            <w:r>
              <w:t>Dorina Cuci</w:t>
            </w:r>
          </w:p>
        </w:tc>
      </w:tr>
      <w:tr w:rsidR="00B952D9" w14:paraId="385CBD84" w14:textId="77777777" w:rsidTr="00A01CB4">
        <w:tc>
          <w:tcPr>
            <w:tcW w:w="3507" w:type="dxa"/>
          </w:tcPr>
          <w:p w14:paraId="6C6CC32A" w14:textId="77777777" w:rsidR="00B952D9" w:rsidRDefault="001658C2">
            <w:r>
              <w:t>19</w:t>
            </w:r>
          </w:p>
        </w:tc>
        <w:tc>
          <w:tcPr>
            <w:tcW w:w="5843" w:type="dxa"/>
          </w:tcPr>
          <w:p w14:paraId="238820BD" w14:textId="77777777" w:rsidR="00B952D9" w:rsidRDefault="001658C2">
            <w:r>
              <w:t>Dritan Bala</w:t>
            </w:r>
          </w:p>
        </w:tc>
      </w:tr>
      <w:tr w:rsidR="00B952D9" w14:paraId="69A2918B" w14:textId="77777777" w:rsidTr="00A01CB4">
        <w:tc>
          <w:tcPr>
            <w:tcW w:w="3507" w:type="dxa"/>
            <w:shd w:val="clear" w:color="auto" w:fill="F4F6F9"/>
          </w:tcPr>
          <w:p w14:paraId="58DF3609" w14:textId="77777777" w:rsidR="00B952D9" w:rsidRDefault="001658C2">
            <w:r>
              <w:t>20</w:t>
            </w:r>
          </w:p>
        </w:tc>
        <w:tc>
          <w:tcPr>
            <w:tcW w:w="5843" w:type="dxa"/>
            <w:shd w:val="clear" w:color="auto" w:fill="F4F6F9"/>
          </w:tcPr>
          <w:p w14:paraId="0628E33F" w14:textId="77777777" w:rsidR="00B952D9" w:rsidRDefault="001658C2">
            <w:r>
              <w:t>Eda Beqiri</w:t>
            </w:r>
          </w:p>
        </w:tc>
      </w:tr>
      <w:tr w:rsidR="00B952D9" w14:paraId="2954E1DB" w14:textId="77777777" w:rsidTr="00A01CB4">
        <w:tc>
          <w:tcPr>
            <w:tcW w:w="3507" w:type="dxa"/>
          </w:tcPr>
          <w:p w14:paraId="1CB68167" w14:textId="77777777" w:rsidR="00B952D9" w:rsidRDefault="001658C2">
            <w:r>
              <w:t>21</w:t>
            </w:r>
          </w:p>
        </w:tc>
        <w:tc>
          <w:tcPr>
            <w:tcW w:w="5843" w:type="dxa"/>
          </w:tcPr>
          <w:p w14:paraId="208F0238" w14:textId="77777777" w:rsidR="00B952D9" w:rsidRDefault="001658C2">
            <w:r>
              <w:t>Edison Hoxha CLR</w:t>
            </w:r>
          </w:p>
        </w:tc>
      </w:tr>
      <w:tr w:rsidR="00B952D9" w14:paraId="72A27017" w14:textId="77777777" w:rsidTr="00A01CB4">
        <w:tc>
          <w:tcPr>
            <w:tcW w:w="3507" w:type="dxa"/>
            <w:shd w:val="clear" w:color="auto" w:fill="F4F6F9"/>
          </w:tcPr>
          <w:p w14:paraId="38695B49" w14:textId="77777777" w:rsidR="00B952D9" w:rsidRDefault="001658C2">
            <w:r>
              <w:t>22</w:t>
            </w:r>
          </w:p>
        </w:tc>
        <w:tc>
          <w:tcPr>
            <w:tcW w:w="5843" w:type="dxa"/>
            <w:shd w:val="clear" w:color="auto" w:fill="F4F6F9"/>
          </w:tcPr>
          <w:p w14:paraId="3CDFD95C" w14:textId="77777777" w:rsidR="00B952D9" w:rsidRDefault="001658C2">
            <w:r>
              <w:t>Edmond Abdyli</w:t>
            </w:r>
          </w:p>
        </w:tc>
      </w:tr>
      <w:tr w:rsidR="00B952D9" w14:paraId="5D0BA6AD" w14:textId="77777777" w:rsidTr="00A01CB4">
        <w:tc>
          <w:tcPr>
            <w:tcW w:w="3507" w:type="dxa"/>
          </w:tcPr>
          <w:p w14:paraId="5CB3221B" w14:textId="77777777" w:rsidR="00B952D9" w:rsidRDefault="001658C2">
            <w:r>
              <w:t>23</w:t>
            </w:r>
          </w:p>
        </w:tc>
        <w:tc>
          <w:tcPr>
            <w:tcW w:w="5843" w:type="dxa"/>
          </w:tcPr>
          <w:p w14:paraId="5F305A78" w14:textId="77777777" w:rsidR="00B952D9" w:rsidRDefault="001658C2">
            <w:r>
              <w:t>Edra Bezati</w:t>
            </w:r>
          </w:p>
        </w:tc>
      </w:tr>
      <w:tr w:rsidR="00B952D9" w14:paraId="5D013D52" w14:textId="77777777" w:rsidTr="00A01CB4">
        <w:tc>
          <w:tcPr>
            <w:tcW w:w="3507" w:type="dxa"/>
            <w:shd w:val="clear" w:color="auto" w:fill="F4F6F9"/>
          </w:tcPr>
          <w:p w14:paraId="23062912" w14:textId="77777777" w:rsidR="00B952D9" w:rsidRDefault="001658C2">
            <w:r>
              <w:t>24</w:t>
            </w:r>
          </w:p>
        </w:tc>
        <w:tc>
          <w:tcPr>
            <w:tcW w:w="5843" w:type="dxa"/>
            <w:shd w:val="clear" w:color="auto" w:fill="F4F6F9"/>
          </w:tcPr>
          <w:p w14:paraId="3E62526F" w14:textId="77777777" w:rsidR="00B952D9" w:rsidRDefault="001658C2">
            <w:r>
              <w:t>ELDA AHMETAJ</w:t>
            </w:r>
          </w:p>
        </w:tc>
      </w:tr>
      <w:tr w:rsidR="00B952D9" w14:paraId="6D75727E" w14:textId="77777777" w:rsidTr="00A01CB4">
        <w:tc>
          <w:tcPr>
            <w:tcW w:w="3507" w:type="dxa"/>
          </w:tcPr>
          <w:p w14:paraId="139A5A31" w14:textId="77777777" w:rsidR="00B952D9" w:rsidRDefault="001658C2">
            <w:r>
              <w:t>25</w:t>
            </w:r>
          </w:p>
        </w:tc>
        <w:tc>
          <w:tcPr>
            <w:tcW w:w="5843" w:type="dxa"/>
          </w:tcPr>
          <w:p w14:paraId="2382D6C1" w14:textId="77777777" w:rsidR="00B952D9" w:rsidRDefault="001658C2">
            <w:r>
              <w:t>Emanuela Tollozhina</w:t>
            </w:r>
          </w:p>
        </w:tc>
      </w:tr>
      <w:tr w:rsidR="00B952D9" w14:paraId="7A394FFD" w14:textId="77777777" w:rsidTr="00A01CB4">
        <w:tc>
          <w:tcPr>
            <w:tcW w:w="3507" w:type="dxa"/>
            <w:shd w:val="clear" w:color="auto" w:fill="F4F6F9"/>
          </w:tcPr>
          <w:p w14:paraId="4DB63772" w14:textId="77777777" w:rsidR="00B952D9" w:rsidRDefault="001658C2">
            <w:r>
              <w:t>26</w:t>
            </w:r>
          </w:p>
        </w:tc>
        <w:tc>
          <w:tcPr>
            <w:tcW w:w="5843" w:type="dxa"/>
            <w:shd w:val="clear" w:color="auto" w:fill="F4F6F9"/>
          </w:tcPr>
          <w:p w14:paraId="6279EB00" w14:textId="77777777" w:rsidR="00B952D9" w:rsidRDefault="001658C2">
            <w:r>
              <w:t>Eneida Capo</w:t>
            </w:r>
          </w:p>
        </w:tc>
      </w:tr>
      <w:tr w:rsidR="00B952D9" w14:paraId="5607FE53" w14:textId="77777777" w:rsidTr="00A01CB4">
        <w:tc>
          <w:tcPr>
            <w:tcW w:w="3507" w:type="dxa"/>
          </w:tcPr>
          <w:p w14:paraId="03BE99D2" w14:textId="77777777" w:rsidR="00B952D9" w:rsidRDefault="001658C2">
            <w:r>
              <w:t>27</w:t>
            </w:r>
          </w:p>
        </w:tc>
        <w:tc>
          <w:tcPr>
            <w:tcW w:w="5843" w:type="dxa"/>
          </w:tcPr>
          <w:p w14:paraId="421FB8F9" w14:textId="77777777" w:rsidR="00B952D9" w:rsidRDefault="001658C2">
            <w:r>
              <w:t xml:space="preserve">Entela </w:t>
            </w:r>
            <w:proofErr w:type="spellStart"/>
            <w:r>
              <w:t>Buzali</w:t>
            </w:r>
            <w:proofErr w:type="spellEnd"/>
          </w:p>
        </w:tc>
      </w:tr>
      <w:tr w:rsidR="00B952D9" w14:paraId="0BF80C57" w14:textId="77777777" w:rsidTr="00A01CB4">
        <w:tc>
          <w:tcPr>
            <w:tcW w:w="3507" w:type="dxa"/>
            <w:shd w:val="clear" w:color="auto" w:fill="F4F6F9"/>
          </w:tcPr>
          <w:p w14:paraId="0BB49624" w14:textId="77777777" w:rsidR="00B952D9" w:rsidRDefault="001658C2">
            <w:r>
              <w:t>28</w:t>
            </w:r>
          </w:p>
        </w:tc>
        <w:tc>
          <w:tcPr>
            <w:tcW w:w="5843" w:type="dxa"/>
            <w:shd w:val="clear" w:color="auto" w:fill="F4F6F9"/>
          </w:tcPr>
          <w:p w14:paraId="29F08A58" w14:textId="313D67BB" w:rsidR="00B952D9" w:rsidRDefault="001658C2">
            <w:r>
              <w:t>Eralda</w:t>
            </w:r>
            <w:r w:rsidR="00C46C0C">
              <w:t xml:space="preserve"> Mariani</w:t>
            </w:r>
          </w:p>
        </w:tc>
      </w:tr>
      <w:tr w:rsidR="00B952D9" w14:paraId="5AA9397B" w14:textId="77777777" w:rsidTr="00A01CB4">
        <w:tc>
          <w:tcPr>
            <w:tcW w:w="3507" w:type="dxa"/>
          </w:tcPr>
          <w:p w14:paraId="45FE2C30" w14:textId="77777777" w:rsidR="00B952D9" w:rsidRDefault="001658C2">
            <w:r>
              <w:t>29</w:t>
            </w:r>
          </w:p>
        </w:tc>
        <w:tc>
          <w:tcPr>
            <w:tcW w:w="5843" w:type="dxa"/>
          </w:tcPr>
          <w:p w14:paraId="42F20B53" w14:textId="77777777" w:rsidR="00B952D9" w:rsidRDefault="001658C2">
            <w:r>
              <w:t>Erinda Hyska</w:t>
            </w:r>
          </w:p>
        </w:tc>
      </w:tr>
      <w:tr w:rsidR="00B952D9" w:rsidRPr="00A01CB4" w14:paraId="43273E97" w14:textId="77777777" w:rsidTr="00A01CB4">
        <w:tc>
          <w:tcPr>
            <w:tcW w:w="3507" w:type="dxa"/>
            <w:shd w:val="clear" w:color="auto" w:fill="F4F6F9"/>
          </w:tcPr>
          <w:p w14:paraId="290F04B8" w14:textId="77777777" w:rsidR="00B952D9" w:rsidRDefault="001658C2">
            <w:r>
              <w:t>30</w:t>
            </w:r>
          </w:p>
        </w:tc>
        <w:tc>
          <w:tcPr>
            <w:tcW w:w="5843" w:type="dxa"/>
            <w:shd w:val="clear" w:color="auto" w:fill="F4F6F9"/>
          </w:tcPr>
          <w:p w14:paraId="4034C2F0" w14:textId="77777777" w:rsidR="00B952D9" w:rsidRPr="001A6C0C" w:rsidRDefault="001658C2">
            <w:pPr>
              <w:rPr>
                <w:lang w:val="pt-BR"/>
              </w:rPr>
            </w:pPr>
            <w:r w:rsidRPr="001A6C0C">
              <w:rPr>
                <w:lang w:val="pt-BR"/>
              </w:rPr>
              <w:t>Erinda Skura Down Syndrome Albania</w:t>
            </w:r>
          </w:p>
        </w:tc>
      </w:tr>
      <w:tr w:rsidR="00B952D9" w14:paraId="5FD82913" w14:textId="77777777" w:rsidTr="00A01CB4">
        <w:tc>
          <w:tcPr>
            <w:tcW w:w="3507" w:type="dxa"/>
          </w:tcPr>
          <w:p w14:paraId="5398F2AF" w14:textId="77777777" w:rsidR="00B952D9" w:rsidRDefault="001658C2">
            <w:r>
              <w:t>31</w:t>
            </w:r>
          </w:p>
        </w:tc>
        <w:tc>
          <w:tcPr>
            <w:tcW w:w="5843" w:type="dxa"/>
          </w:tcPr>
          <w:p w14:paraId="2DA2F685" w14:textId="77777777" w:rsidR="00B952D9" w:rsidRDefault="001658C2">
            <w:proofErr w:type="spellStart"/>
            <w:r>
              <w:t>Erviola</w:t>
            </w:r>
            <w:proofErr w:type="spellEnd"/>
            <w:r>
              <w:t xml:space="preserve"> </w:t>
            </w:r>
            <w:proofErr w:type="spellStart"/>
            <w:r>
              <w:t>Nelaj</w:t>
            </w:r>
            <w:proofErr w:type="spellEnd"/>
          </w:p>
        </w:tc>
      </w:tr>
      <w:tr w:rsidR="00B952D9" w14:paraId="66CD724A" w14:textId="77777777" w:rsidTr="00A01CB4">
        <w:tc>
          <w:tcPr>
            <w:tcW w:w="3507" w:type="dxa"/>
            <w:shd w:val="clear" w:color="auto" w:fill="F4F6F9"/>
          </w:tcPr>
          <w:p w14:paraId="02ACB92A" w14:textId="77777777" w:rsidR="00B952D9" w:rsidRDefault="001658C2">
            <w:r>
              <w:t>32</w:t>
            </w:r>
          </w:p>
        </w:tc>
        <w:tc>
          <w:tcPr>
            <w:tcW w:w="5843" w:type="dxa"/>
            <w:shd w:val="clear" w:color="auto" w:fill="F4F6F9"/>
          </w:tcPr>
          <w:p w14:paraId="37482C04" w14:textId="07175EA9" w:rsidR="00B952D9" w:rsidRDefault="001658C2">
            <w:r>
              <w:t>Etleva</w:t>
            </w:r>
            <w:r w:rsidR="00C46C0C">
              <w:t xml:space="preserve"> </w:t>
            </w:r>
            <w:r w:rsidR="00A83108">
              <w:t>Dyrmishi</w:t>
            </w:r>
          </w:p>
        </w:tc>
      </w:tr>
      <w:tr w:rsidR="00B952D9" w14:paraId="5851849C" w14:textId="77777777" w:rsidTr="00A01CB4">
        <w:tc>
          <w:tcPr>
            <w:tcW w:w="3507" w:type="dxa"/>
          </w:tcPr>
          <w:p w14:paraId="72A673BF" w14:textId="77777777" w:rsidR="00B952D9" w:rsidRDefault="001658C2">
            <w:r>
              <w:t>33</w:t>
            </w:r>
          </w:p>
        </w:tc>
        <w:tc>
          <w:tcPr>
            <w:tcW w:w="5843" w:type="dxa"/>
          </w:tcPr>
          <w:p w14:paraId="76B351AE" w14:textId="77777777" w:rsidR="00B952D9" w:rsidRDefault="001658C2">
            <w:r>
              <w:t xml:space="preserve">Etleva </w:t>
            </w:r>
            <w:proofErr w:type="spellStart"/>
            <w:r>
              <w:t>Sheshi</w:t>
            </w:r>
            <w:proofErr w:type="spellEnd"/>
          </w:p>
        </w:tc>
      </w:tr>
      <w:tr w:rsidR="00B952D9" w14:paraId="326D82EB" w14:textId="77777777" w:rsidTr="00A01CB4">
        <w:tc>
          <w:tcPr>
            <w:tcW w:w="3507" w:type="dxa"/>
            <w:shd w:val="clear" w:color="auto" w:fill="F4F6F9"/>
          </w:tcPr>
          <w:p w14:paraId="4A592D03" w14:textId="77777777" w:rsidR="00B952D9" w:rsidRDefault="001658C2">
            <w:r>
              <w:t>34</w:t>
            </w:r>
          </w:p>
        </w:tc>
        <w:tc>
          <w:tcPr>
            <w:tcW w:w="5843" w:type="dxa"/>
            <w:shd w:val="clear" w:color="auto" w:fill="F4F6F9"/>
          </w:tcPr>
          <w:p w14:paraId="5A20ABD9" w14:textId="77777777" w:rsidR="00B952D9" w:rsidRDefault="001658C2">
            <w:r>
              <w:t>Eugena Tomini</w:t>
            </w:r>
          </w:p>
        </w:tc>
      </w:tr>
      <w:tr w:rsidR="00B952D9" w14:paraId="6820FE27" w14:textId="77777777" w:rsidTr="00A01CB4">
        <w:tc>
          <w:tcPr>
            <w:tcW w:w="3507" w:type="dxa"/>
          </w:tcPr>
          <w:p w14:paraId="2E44381B" w14:textId="77777777" w:rsidR="00B952D9" w:rsidRDefault="001658C2">
            <w:r>
              <w:t>35</w:t>
            </w:r>
          </w:p>
        </w:tc>
        <w:tc>
          <w:tcPr>
            <w:tcW w:w="5843" w:type="dxa"/>
          </w:tcPr>
          <w:p w14:paraId="0A292945" w14:textId="77777777" w:rsidR="00B952D9" w:rsidRDefault="001658C2">
            <w:r>
              <w:t>European Movement Albania</w:t>
            </w:r>
          </w:p>
        </w:tc>
      </w:tr>
      <w:tr w:rsidR="00B952D9" w14:paraId="10A898DC" w14:textId="77777777" w:rsidTr="00A01CB4">
        <w:tc>
          <w:tcPr>
            <w:tcW w:w="3507" w:type="dxa"/>
            <w:shd w:val="clear" w:color="auto" w:fill="F4F6F9"/>
          </w:tcPr>
          <w:p w14:paraId="54C2FFF3" w14:textId="77777777" w:rsidR="00B952D9" w:rsidRDefault="001658C2">
            <w:r>
              <w:t>36</w:t>
            </w:r>
          </w:p>
        </w:tc>
        <w:tc>
          <w:tcPr>
            <w:tcW w:w="5843" w:type="dxa"/>
            <w:shd w:val="clear" w:color="auto" w:fill="F4F6F9"/>
          </w:tcPr>
          <w:p w14:paraId="57E1E8B0" w14:textId="77777777" w:rsidR="00B952D9" w:rsidRDefault="001658C2">
            <w:r>
              <w:t>F.LI</w:t>
            </w:r>
          </w:p>
        </w:tc>
      </w:tr>
      <w:tr w:rsidR="00B952D9" w14:paraId="11B0BAF1" w14:textId="77777777" w:rsidTr="00A01CB4">
        <w:tc>
          <w:tcPr>
            <w:tcW w:w="3507" w:type="dxa"/>
          </w:tcPr>
          <w:p w14:paraId="2EFCD922" w14:textId="77777777" w:rsidR="00B952D9" w:rsidRDefault="001658C2">
            <w:r>
              <w:t>37</w:t>
            </w:r>
          </w:p>
        </w:tc>
        <w:tc>
          <w:tcPr>
            <w:tcW w:w="5843" w:type="dxa"/>
          </w:tcPr>
          <w:p w14:paraId="3522C372" w14:textId="77777777" w:rsidR="00B952D9" w:rsidRDefault="001658C2">
            <w:r>
              <w:t>Fatos Lala</w:t>
            </w:r>
          </w:p>
        </w:tc>
      </w:tr>
      <w:tr w:rsidR="00B952D9" w14:paraId="4B139440" w14:textId="77777777" w:rsidTr="00A01CB4">
        <w:tc>
          <w:tcPr>
            <w:tcW w:w="3507" w:type="dxa"/>
            <w:shd w:val="clear" w:color="auto" w:fill="F4F6F9"/>
          </w:tcPr>
          <w:p w14:paraId="440070D0" w14:textId="77777777" w:rsidR="00B952D9" w:rsidRDefault="001658C2">
            <w:r>
              <w:t>38</w:t>
            </w:r>
          </w:p>
        </w:tc>
        <w:tc>
          <w:tcPr>
            <w:tcW w:w="5843" w:type="dxa"/>
            <w:shd w:val="clear" w:color="auto" w:fill="F4F6F9"/>
          </w:tcPr>
          <w:p w14:paraId="5FF4BD6B" w14:textId="655E407D" w:rsidR="00B952D9" w:rsidRDefault="00A83108">
            <w:r>
              <w:t>G</w:t>
            </w:r>
            <w:r w:rsidR="001658C2">
              <w:t xml:space="preserve">enard </w:t>
            </w:r>
            <w:r>
              <w:t>D</w:t>
            </w:r>
            <w:r w:rsidR="001658C2">
              <w:t>ylqeshi</w:t>
            </w:r>
          </w:p>
        </w:tc>
      </w:tr>
      <w:tr w:rsidR="00B952D9" w14:paraId="39B2DD45" w14:textId="77777777" w:rsidTr="00A01CB4">
        <w:tc>
          <w:tcPr>
            <w:tcW w:w="3507" w:type="dxa"/>
          </w:tcPr>
          <w:p w14:paraId="492B480C" w14:textId="77777777" w:rsidR="00B952D9" w:rsidRDefault="001658C2">
            <w:r>
              <w:t>39</w:t>
            </w:r>
          </w:p>
        </w:tc>
        <w:tc>
          <w:tcPr>
            <w:tcW w:w="5843" w:type="dxa"/>
          </w:tcPr>
          <w:p w14:paraId="1C77C44F" w14:textId="77777777" w:rsidR="00B952D9" w:rsidRDefault="001658C2">
            <w:r>
              <w:t xml:space="preserve">Genta </w:t>
            </w:r>
            <w:proofErr w:type="spellStart"/>
            <w:r>
              <w:t>Prodani</w:t>
            </w:r>
            <w:proofErr w:type="spellEnd"/>
          </w:p>
        </w:tc>
      </w:tr>
      <w:tr w:rsidR="00B952D9" w14:paraId="4F0B1EA0" w14:textId="77777777" w:rsidTr="00A01CB4">
        <w:tc>
          <w:tcPr>
            <w:tcW w:w="3507" w:type="dxa"/>
            <w:shd w:val="clear" w:color="auto" w:fill="F4F6F9"/>
          </w:tcPr>
          <w:p w14:paraId="1DDF805A" w14:textId="77777777" w:rsidR="00B952D9" w:rsidRDefault="001658C2">
            <w:r>
              <w:t>40</w:t>
            </w:r>
          </w:p>
        </w:tc>
        <w:tc>
          <w:tcPr>
            <w:tcW w:w="5843" w:type="dxa"/>
            <w:shd w:val="clear" w:color="auto" w:fill="F4F6F9"/>
          </w:tcPr>
          <w:p w14:paraId="224BBFD5" w14:textId="77777777" w:rsidR="00B952D9" w:rsidRDefault="001658C2">
            <w:proofErr w:type="spellStart"/>
            <w:r>
              <w:t>Gentjan</w:t>
            </w:r>
            <w:proofErr w:type="spellEnd"/>
            <w:r>
              <w:t xml:space="preserve"> Mataj</w:t>
            </w:r>
          </w:p>
        </w:tc>
      </w:tr>
      <w:tr w:rsidR="00B952D9" w14:paraId="38D0AAD1" w14:textId="77777777" w:rsidTr="00A01CB4">
        <w:tc>
          <w:tcPr>
            <w:tcW w:w="3507" w:type="dxa"/>
          </w:tcPr>
          <w:p w14:paraId="78A2CE91" w14:textId="77777777" w:rsidR="00B952D9" w:rsidRDefault="001658C2">
            <w:r>
              <w:t>41</w:t>
            </w:r>
          </w:p>
        </w:tc>
        <w:tc>
          <w:tcPr>
            <w:tcW w:w="5843" w:type="dxa"/>
          </w:tcPr>
          <w:p w14:paraId="18DB86D7" w14:textId="77777777" w:rsidR="00B952D9" w:rsidRDefault="001658C2">
            <w:proofErr w:type="spellStart"/>
            <w:r>
              <w:t>Ignes</w:t>
            </w:r>
            <w:proofErr w:type="spellEnd"/>
            <w:r>
              <w:t xml:space="preserve"> Shehu</w:t>
            </w:r>
          </w:p>
        </w:tc>
      </w:tr>
      <w:tr w:rsidR="00B952D9" w14:paraId="729BB225" w14:textId="77777777" w:rsidTr="00A01CB4">
        <w:tc>
          <w:tcPr>
            <w:tcW w:w="3507" w:type="dxa"/>
            <w:shd w:val="clear" w:color="auto" w:fill="F4F6F9"/>
          </w:tcPr>
          <w:p w14:paraId="3835DD0E" w14:textId="77777777" w:rsidR="00B952D9" w:rsidRDefault="001658C2">
            <w:r>
              <w:t>42</w:t>
            </w:r>
          </w:p>
        </w:tc>
        <w:tc>
          <w:tcPr>
            <w:tcW w:w="5843" w:type="dxa"/>
            <w:shd w:val="clear" w:color="auto" w:fill="F4F6F9"/>
          </w:tcPr>
          <w:p w14:paraId="056E46B8" w14:textId="77777777" w:rsidR="00B952D9" w:rsidRDefault="001658C2">
            <w:r>
              <w:t>Ilda Pashaj</w:t>
            </w:r>
          </w:p>
        </w:tc>
      </w:tr>
      <w:tr w:rsidR="00B952D9" w14:paraId="500B9B31" w14:textId="77777777" w:rsidTr="00A01CB4">
        <w:tc>
          <w:tcPr>
            <w:tcW w:w="3507" w:type="dxa"/>
          </w:tcPr>
          <w:p w14:paraId="5A0E2336" w14:textId="77777777" w:rsidR="00B952D9" w:rsidRDefault="001658C2">
            <w:r>
              <w:t>43</w:t>
            </w:r>
          </w:p>
        </w:tc>
        <w:tc>
          <w:tcPr>
            <w:tcW w:w="5843" w:type="dxa"/>
          </w:tcPr>
          <w:p w14:paraId="6B69AC80" w14:textId="77777777" w:rsidR="00B952D9" w:rsidRDefault="001658C2">
            <w:r>
              <w:t>Ilsa Dede</w:t>
            </w:r>
          </w:p>
        </w:tc>
      </w:tr>
      <w:tr w:rsidR="00B952D9" w14:paraId="7B6B5724" w14:textId="77777777" w:rsidTr="00A01CB4">
        <w:tc>
          <w:tcPr>
            <w:tcW w:w="3507" w:type="dxa"/>
            <w:shd w:val="clear" w:color="auto" w:fill="F4F6F9"/>
          </w:tcPr>
          <w:p w14:paraId="684D87D5" w14:textId="77777777" w:rsidR="00B952D9" w:rsidRDefault="001658C2">
            <w:r>
              <w:lastRenderedPageBreak/>
              <w:t>44</w:t>
            </w:r>
          </w:p>
        </w:tc>
        <w:tc>
          <w:tcPr>
            <w:tcW w:w="5843" w:type="dxa"/>
            <w:shd w:val="clear" w:color="auto" w:fill="F4F6F9"/>
          </w:tcPr>
          <w:p w14:paraId="0160D8D7" w14:textId="77777777" w:rsidR="00B952D9" w:rsidRDefault="001658C2">
            <w:r>
              <w:t xml:space="preserve">Ina </w:t>
            </w:r>
            <w:proofErr w:type="spellStart"/>
            <w:r>
              <w:t>Majko</w:t>
            </w:r>
            <w:proofErr w:type="spellEnd"/>
          </w:p>
        </w:tc>
      </w:tr>
      <w:tr w:rsidR="00B952D9" w14:paraId="13203FF0" w14:textId="77777777" w:rsidTr="00A01CB4">
        <w:tc>
          <w:tcPr>
            <w:tcW w:w="3507" w:type="dxa"/>
          </w:tcPr>
          <w:p w14:paraId="5FFAF245" w14:textId="77777777" w:rsidR="00B952D9" w:rsidRDefault="001658C2">
            <w:r>
              <w:t>45</w:t>
            </w:r>
          </w:p>
        </w:tc>
        <w:tc>
          <w:tcPr>
            <w:tcW w:w="5843" w:type="dxa"/>
          </w:tcPr>
          <w:p w14:paraId="392D1F8D" w14:textId="77777777" w:rsidR="00B952D9" w:rsidRDefault="001658C2">
            <w:r>
              <w:t>Irena Mitro</w:t>
            </w:r>
          </w:p>
        </w:tc>
      </w:tr>
      <w:tr w:rsidR="00B952D9" w14:paraId="1FEEC6FC" w14:textId="77777777" w:rsidTr="00A01CB4">
        <w:tc>
          <w:tcPr>
            <w:tcW w:w="3507" w:type="dxa"/>
            <w:shd w:val="clear" w:color="auto" w:fill="F4F6F9"/>
          </w:tcPr>
          <w:p w14:paraId="57419A40" w14:textId="77777777" w:rsidR="00B952D9" w:rsidRDefault="001658C2">
            <w:r>
              <w:t>46</w:t>
            </w:r>
          </w:p>
        </w:tc>
        <w:tc>
          <w:tcPr>
            <w:tcW w:w="5843" w:type="dxa"/>
            <w:shd w:val="clear" w:color="auto" w:fill="F4F6F9"/>
          </w:tcPr>
          <w:p w14:paraId="0AC76EB5" w14:textId="77777777" w:rsidR="00B952D9" w:rsidRDefault="001658C2">
            <w:r>
              <w:t>Irena Seferi</w:t>
            </w:r>
          </w:p>
        </w:tc>
      </w:tr>
      <w:tr w:rsidR="00B952D9" w14:paraId="3FBCDBAB" w14:textId="77777777" w:rsidTr="00A01CB4">
        <w:tc>
          <w:tcPr>
            <w:tcW w:w="3507" w:type="dxa"/>
          </w:tcPr>
          <w:p w14:paraId="265471FD" w14:textId="77777777" w:rsidR="00B952D9" w:rsidRDefault="001658C2">
            <w:r>
              <w:t>47</w:t>
            </w:r>
          </w:p>
        </w:tc>
        <w:tc>
          <w:tcPr>
            <w:tcW w:w="5843" w:type="dxa"/>
          </w:tcPr>
          <w:p w14:paraId="10A5B27B" w14:textId="77777777" w:rsidR="00B952D9" w:rsidRDefault="001658C2">
            <w:r>
              <w:t>Irida Qosja</w:t>
            </w:r>
          </w:p>
        </w:tc>
      </w:tr>
      <w:tr w:rsidR="00B952D9" w14:paraId="70DD1A5F" w14:textId="77777777" w:rsidTr="00A01CB4">
        <w:tc>
          <w:tcPr>
            <w:tcW w:w="3507" w:type="dxa"/>
            <w:shd w:val="clear" w:color="auto" w:fill="F4F6F9"/>
          </w:tcPr>
          <w:p w14:paraId="4B4417CC" w14:textId="77777777" w:rsidR="00B952D9" w:rsidRDefault="001658C2">
            <w:r>
              <w:t>48</w:t>
            </w:r>
          </w:p>
        </w:tc>
        <w:tc>
          <w:tcPr>
            <w:tcW w:w="5843" w:type="dxa"/>
            <w:shd w:val="clear" w:color="auto" w:fill="F4F6F9"/>
          </w:tcPr>
          <w:p w14:paraId="0E51BD70" w14:textId="77777777" w:rsidR="00B952D9" w:rsidRDefault="001658C2">
            <w:r>
              <w:t>Iva Guce</w:t>
            </w:r>
          </w:p>
        </w:tc>
      </w:tr>
      <w:tr w:rsidR="00B952D9" w14:paraId="0E38A84D" w14:textId="77777777" w:rsidTr="00A01CB4">
        <w:tc>
          <w:tcPr>
            <w:tcW w:w="3507" w:type="dxa"/>
          </w:tcPr>
          <w:p w14:paraId="6D49A08D" w14:textId="77777777" w:rsidR="00B952D9" w:rsidRDefault="001658C2">
            <w:r>
              <w:t>49</w:t>
            </w:r>
          </w:p>
        </w:tc>
        <w:tc>
          <w:tcPr>
            <w:tcW w:w="5843" w:type="dxa"/>
          </w:tcPr>
          <w:p w14:paraId="3CA12C98" w14:textId="77777777" w:rsidR="00B952D9" w:rsidRDefault="001658C2">
            <w:r>
              <w:t>Jeta Deda</w:t>
            </w:r>
          </w:p>
        </w:tc>
      </w:tr>
      <w:tr w:rsidR="00B952D9" w14:paraId="6E10034E" w14:textId="77777777" w:rsidTr="00A01CB4">
        <w:tc>
          <w:tcPr>
            <w:tcW w:w="3507" w:type="dxa"/>
            <w:shd w:val="clear" w:color="auto" w:fill="F4F6F9"/>
          </w:tcPr>
          <w:p w14:paraId="2E9D46B9" w14:textId="77777777" w:rsidR="00B952D9" w:rsidRDefault="001658C2">
            <w:r>
              <w:t>50</w:t>
            </w:r>
          </w:p>
        </w:tc>
        <w:tc>
          <w:tcPr>
            <w:tcW w:w="5843" w:type="dxa"/>
            <w:shd w:val="clear" w:color="auto" w:fill="F4F6F9"/>
          </w:tcPr>
          <w:p w14:paraId="62AEFC40" w14:textId="77777777" w:rsidR="00B952D9" w:rsidRDefault="001658C2">
            <w:r>
              <w:t>Jona Dervishaliaj</w:t>
            </w:r>
          </w:p>
        </w:tc>
      </w:tr>
      <w:tr w:rsidR="00B952D9" w14:paraId="39ED05D3" w14:textId="77777777" w:rsidTr="00A01CB4">
        <w:tc>
          <w:tcPr>
            <w:tcW w:w="3507" w:type="dxa"/>
          </w:tcPr>
          <w:p w14:paraId="775BC24A" w14:textId="77777777" w:rsidR="00B952D9" w:rsidRDefault="001658C2">
            <w:r>
              <w:t>51</w:t>
            </w:r>
          </w:p>
        </w:tc>
        <w:tc>
          <w:tcPr>
            <w:tcW w:w="5843" w:type="dxa"/>
          </w:tcPr>
          <w:p w14:paraId="163993EF" w14:textId="77777777" w:rsidR="00B952D9" w:rsidRDefault="001658C2">
            <w:r>
              <w:t>Juliana Bici</w:t>
            </w:r>
          </w:p>
        </w:tc>
      </w:tr>
      <w:tr w:rsidR="00B952D9" w14:paraId="2B9FE3E3" w14:textId="77777777" w:rsidTr="00A01CB4">
        <w:tc>
          <w:tcPr>
            <w:tcW w:w="3507" w:type="dxa"/>
            <w:shd w:val="clear" w:color="auto" w:fill="F4F6F9"/>
          </w:tcPr>
          <w:p w14:paraId="55054CDD" w14:textId="77777777" w:rsidR="00B952D9" w:rsidRDefault="001658C2">
            <w:r>
              <w:t>52</w:t>
            </w:r>
          </w:p>
        </w:tc>
        <w:tc>
          <w:tcPr>
            <w:tcW w:w="5843" w:type="dxa"/>
            <w:shd w:val="clear" w:color="auto" w:fill="F4F6F9"/>
          </w:tcPr>
          <w:p w14:paraId="476292A0" w14:textId="77777777" w:rsidR="00B952D9" w:rsidRDefault="001658C2">
            <w:proofErr w:type="spellStart"/>
            <w:r>
              <w:t>Kaliro</w:t>
            </w:r>
            <w:proofErr w:type="spellEnd"/>
            <w:r>
              <w:t xml:space="preserve"> </w:t>
            </w:r>
            <w:proofErr w:type="spellStart"/>
            <w:r>
              <w:t>Duraj_KMD</w:t>
            </w:r>
            <w:proofErr w:type="spellEnd"/>
          </w:p>
        </w:tc>
      </w:tr>
      <w:tr w:rsidR="00B952D9" w14:paraId="20D74972" w14:textId="77777777" w:rsidTr="00A01CB4">
        <w:tc>
          <w:tcPr>
            <w:tcW w:w="3507" w:type="dxa"/>
          </w:tcPr>
          <w:p w14:paraId="2FF63430" w14:textId="77777777" w:rsidR="00B952D9" w:rsidRDefault="001658C2">
            <w:r>
              <w:t>53</w:t>
            </w:r>
          </w:p>
        </w:tc>
        <w:tc>
          <w:tcPr>
            <w:tcW w:w="5843" w:type="dxa"/>
          </w:tcPr>
          <w:p w14:paraId="133CDC2C" w14:textId="77777777" w:rsidR="00B952D9" w:rsidRDefault="001658C2">
            <w:proofErr w:type="spellStart"/>
            <w:r>
              <w:t>Kejn</w:t>
            </w:r>
            <w:proofErr w:type="spellEnd"/>
            <w:r>
              <w:t xml:space="preserve"> </w:t>
            </w:r>
            <w:proofErr w:type="spellStart"/>
            <w:r>
              <w:t>Berliku</w:t>
            </w:r>
            <w:proofErr w:type="spellEnd"/>
          </w:p>
        </w:tc>
      </w:tr>
      <w:tr w:rsidR="00B952D9" w14:paraId="7382B1A4" w14:textId="77777777" w:rsidTr="00A01CB4">
        <w:tc>
          <w:tcPr>
            <w:tcW w:w="3507" w:type="dxa"/>
            <w:shd w:val="clear" w:color="auto" w:fill="F4F6F9"/>
          </w:tcPr>
          <w:p w14:paraId="7E295C7F" w14:textId="77777777" w:rsidR="00B952D9" w:rsidRDefault="001658C2">
            <w:r>
              <w:t>54</w:t>
            </w:r>
          </w:p>
        </w:tc>
        <w:tc>
          <w:tcPr>
            <w:tcW w:w="5843" w:type="dxa"/>
            <w:shd w:val="clear" w:color="auto" w:fill="F4F6F9"/>
          </w:tcPr>
          <w:p w14:paraId="13CE7C49" w14:textId="77777777" w:rsidR="00B952D9" w:rsidRDefault="001658C2">
            <w:r>
              <w:t>KSSH</w:t>
            </w:r>
          </w:p>
        </w:tc>
      </w:tr>
      <w:tr w:rsidR="00B952D9" w14:paraId="7CF5C81D" w14:textId="77777777" w:rsidTr="00A01CB4">
        <w:tc>
          <w:tcPr>
            <w:tcW w:w="3507" w:type="dxa"/>
          </w:tcPr>
          <w:p w14:paraId="77E5D876" w14:textId="77777777" w:rsidR="00B952D9" w:rsidRDefault="001658C2">
            <w:r>
              <w:t>55</w:t>
            </w:r>
          </w:p>
        </w:tc>
        <w:tc>
          <w:tcPr>
            <w:tcW w:w="5843" w:type="dxa"/>
          </w:tcPr>
          <w:p w14:paraId="47AE18AF" w14:textId="77777777" w:rsidR="00B952D9" w:rsidRDefault="001658C2">
            <w:r>
              <w:t>Loreta Shkembi</w:t>
            </w:r>
          </w:p>
        </w:tc>
      </w:tr>
      <w:tr w:rsidR="00B952D9" w14:paraId="5D253BD2" w14:textId="77777777" w:rsidTr="00A01CB4">
        <w:tc>
          <w:tcPr>
            <w:tcW w:w="3507" w:type="dxa"/>
            <w:shd w:val="clear" w:color="auto" w:fill="F4F6F9"/>
          </w:tcPr>
          <w:p w14:paraId="7C0AF8DE" w14:textId="77777777" w:rsidR="00B952D9" w:rsidRDefault="001658C2">
            <w:r>
              <w:t>56</w:t>
            </w:r>
          </w:p>
        </w:tc>
        <w:tc>
          <w:tcPr>
            <w:tcW w:w="5843" w:type="dxa"/>
            <w:shd w:val="clear" w:color="auto" w:fill="F4F6F9"/>
          </w:tcPr>
          <w:p w14:paraId="4BFA51E9" w14:textId="77777777" w:rsidR="00B952D9" w:rsidRDefault="001658C2">
            <w:proofErr w:type="spellStart"/>
            <w:r>
              <w:t>Manjola</w:t>
            </w:r>
            <w:proofErr w:type="spellEnd"/>
            <w:r>
              <w:t xml:space="preserve"> Cura</w:t>
            </w:r>
          </w:p>
        </w:tc>
      </w:tr>
      <w:tr w:rsidR="00B952D9" w14:paraId="16E74F15" w14:textId="77777777" w:rsidTr="00A01CB4">
        <w:tc>
          <w:tcPr>
            <w:tcW w:w="3507" w:type="dxa"/>
          </w:tcPr>
          <w:p w14:paraId="7874E1DE" w14:textId="77777777" w:rsidR="00B952D9" w:rsidRDefault="001658C2">
            <w:r>
              <w:t>57</w:t>
            </w:r>
          </w:p>
        </w:tc>
        <w:tc>
          <w:tcPr>
            <w:tcW w:w="5843" w:type="dxa"/>
          </w:tcPr>
          <w:p w14:paraId="370A0825" w14:textId="77777777" w:rsidR="00B952D9" w:rsidRDefault="001658C2">
            <w:r>
              <w:t>Mimoza Isa</w:t>
            </w:r>
          </w:p>
        </w:tc>
      </w:tr>
      <w:tr w:rsidR="00B952D9" w14:paraId="5E9182DF" w14:textId="77777777" w:rsidTr="00A01CB4">
        <w:tc>
          <w:tcPr>
            <w:tcW w:w="3507" w:type="dxa"/>
            <w:shd w:val="clear" w:color="auto" w:fill="F4F6F9"/>
          </w:tcPr>
          <w:p w14:paraId="42D191B9" w14:textId="77777777" w:rsidR="00B952D9" w:rsidRDefault="001658C2">
            <w:r>
              <w:t>58</w:t>
            </w:r>
          </w:p>
        </w:tc>
        <w:tc>
          <w:tcPr>
            <w:tcW w:w="5843" w:type="dxa"/>
            <w:shd w:val="clear" w:color="auto" w:fill="F4F6F9"/>
          </w:tcPr>
          <w:p w14:paraId="7CD04FC7" w14:textId="77777777" w:rsidR="00B952D9" w:rsidRDefault="001658C2">
            <w:r>
              <w:t>Miranda Pashaj</w:t>
            </w:r>
          </w:p>
        </w:tc>
      </w:tr>
      <w:tr w:rsidR="00B952D9" w14:paraId="678E17FB" w14:textId="77777777" w:rsidTr="00A01CB4">
        <w:tc>
          <w:tcPr>
            <w:tcW w:w="3507" w:type="dxa"/>
          </w:tcPr>
          <w:p w14:paraId="0F568F57" w14:textId="77777777" w:rsidR="00B952D9" w:rsidRDefault="001658C2">
            <w:r>
              <w:t>59</w:t>
            </w:r>
          </w:p>
        </w:tc>
        <w:tc>
          <w:tcPr>
            <w:tcW w:w="5843" w:type="dxa"/>
          </w:tcPr>
          <w:p w14:paraId="06C5A66B" w14:textId="77777777" w:rsidR="00B952D9" w:rsidRDefault="001658C2">
            <w:r>
              <w:t>Mirela Xhelilaj</w:t>
            </w:r>
          </w:p>
        </w:tc>
      </w:tr>
      <w:tr w:rsidR="00B952D9" w14:paraId="5FA4FC3E" w14:textId="77777777" w:rsidTr="00A01CB4">
        <w:tc>
          <w:tcPr>
            <w:tcW w:w="3507" w:type="dxa"/>
            <w:shd w:val="clear" w:color="auto" w:fill="F4F6F9"/>
          </w:tcPr>
          <w:p w14:paraId="513AF277" w14:textId="77777777" w:rsidR="00B952D9" w:rsidRDefault="001658C2">
            <w:r>
              <w:t>60</w:t>
            </w:r>
          </w:p>
        </w:tc>
        <w:tc>
          <w:tcPr>
            <w:tcW w:w="5843" w:type="dxa"/>
            <w:shd w:val="clear" w:color="auto" w:fill="F4F6F9"/>
          </w:tcPr>
          <w:p w14:paraId="5D74A9DA" w14:textId="77777777" w:rsidR="00B952D9" w:rsidRDefault="001658C2">
            <w:r>
              <w:t>Nertila Topulli</w:t>
            </w:r>
          </w:p>
        </w:tc>
      </w:tr>
      <w:tr w:rsidR="00B952D9" w14:paraId="7E17F70B" w14:textId="77777777" w:rsidTr="00A01CB4">
        <w:tc>
          <w:tcPr>
            <w:tcW w:w="3507" w:type="dxa"/>
          </w:tcPr>
          <w:p w14:paraId="576DAD84" w14:textId="77777777" w:rsidR="00B952D9" w:rsidRDefault="001658C2">
            <w:r>
              <w:t>61</w:t>
            </w:r>
          </w:p>
        </w:tc>
        <w:tc>
          <w:tcPr>
            <w:tcW w:w="5843" w:type="dxa"/>
          </w:tcPr>
          <w:p w14:paraId="25A67660" w14:textId="77777777" w:rsidR="00B952D9" w:rsidRDefault="001658C2">
            <w:proofErr w:type="spellStart"/>
            <w:r>
              <w:t>Sekretaria</w:t>
            </w:r>
            <w:proofErr w:type="spellEnd"/>
            <w:r>
              <w:t xml:space="preserve"> Zvministri1 (Organizer)</w:t>
            </w:r>
          </w:p>
        </w:tc>
      </w:tr>
      <w:tr w:rsidR="00B952D9" w14:paraId="187498BC" w14:textId="77777777" w:rsidTr="00A01CB4">
        <w:tc>
          <w:tcPr>
            <w:tcW w:w="3507" w:type="dxa"/>
            <w:shd w:val="clear" w:color="auto" w:fill="F4F6F9"/>
          </w:tcPr>
          <w:p w14:paraId="786D6DB5" w14:textId="77777777" w:rsidR="00B952D9" w:rsidRDefault="001658C2">
            <w:r>
              <w:t>62</w:t>
            </w:r>
          </w:p>
        </w:tc>
        <w:tc>
          <w:tcPr>
            <w:tcW w:w="5843" w:type="dxa"/>
            <w:shd w:val="clear" w:color="auto" w:fill="F4F6F9"/>
          </w:tcPr>
          <w:p w14:paraId="1916BD9B" w14:textId="77777777" w:rsidR="00B952D9" w:rsidRDefault="001658C2">
            <w:r>
              <w:t xml:space="preserve">Silvia </w:t>
            </w:r>
            <w:proofErr w:type="spellStart"/>
            <w:r>
              <w:t>Qesku</w:t>
            </w:r>
            <w:proofErr w:type="spellEnd"/>
          </w:p>
        </w:tc>
      </w:tr>
      <w:tr w:rsidR="00B952D9" w14:paraId="6FAC5ACC" w14:textId="77777777" w:rsidTr="00A01CB4">
        <w:tc>
          <w:tcPr>
            <w:tcW w:w="3507" w:type="dxa"/>
          </w:tcPr>
          <w:p w14:paraId="4C142B54" w14:textId="77777777" w:rsidR="00B952D9" w:rsidRDefault="001658C2">
            <w:r>
              <w:t>63</w:t>
            </w:r>
          </w:p>
        </w:tc>
        <w:tc>
          <w:tcPr>
            <w:tcW w:w="5843" w:type="dxa"/>
          </w:tcPr>
          <w:p w14:paraId="3CCF16D9" w14:textId="77777777" w:rsidR="00B952D9" w:rsidRDefault="001658C2">
            <w:r>
              <w:t>Sofia Karemani</w:t>
            </w:r>
          </w:p>
        </w:tc>
      </w:tr>
      <w:tr w:rsidR="00B952D9" w14:paraId="4C4475C3" w14:textId="77777777" w:rsidTr="00A01CB4">
        <w:tc>
          <w:tcPr>
            <w:tcW w:w="3507" w:type="dxa"/>
            <w:shd w:val="clear" w:color="auto" w:fill="F4F6F9"/>
          </w:tcPr>
          <w:p w14:paraId="42242764" w14:textId="77777777" w:rsidR="00B952D9" w:rsidRDefault="001658C2">
            <w:r>
              <w:t>64</w:t>
            </w:r>
          </w:p>
        </w:tc>
        <w:tc>
          <w:tcPr>
            <w:tcW w:w="5843" w:type="dxa"/>
            <w:shd w:val="clear" w:color="auto" w:fill="F4F6F9"/>
          </w:tcPr>
          <w:p w14:paraId="0007F4BC" w14:textId="77777777" w:rsidR="00B952D9" w:rsidRDefault="001658C2">
            <w:r>
              <w:t>Sonila Sinanaj</w:t>
            </w:r>
          </w:p>
        </w:tc>
      </w:tr>
      <w:tr w:rsidR="00B952D9" w14:paraId="57F51103" w14:textId="77777777" w:rsidTr="00A01CB4">
        <w:tc>
          <w:tcPr>
            <w:tcW w:w="3507" w:type="dxa"/>
          </w:tcPr>
          <w:p w14:paraId="79668CC9" w14:textId="77777777" w:rsidR="00B952D9" w:rsidRDefault="001658C2">
            <w:r>
              <w:t>65</w:t>
            </w:r>
          </w:p>
        </w:tc>
        <w:tc>
          <w:tcPr>
            <w:tcW w:w="5843" w:type="dxa"/>
          </w:tcPr>
          <w:p w14:paraId="6E33E56A" w14:textId="77777777" w:rsidR="00B952D9" w:rsidRDefault="001658C2">
            <w:r>
              <w:t>Stavri Lako</w:t>
            </w:r>
          </w:p>
        </w:tc>
      </w:tr>
      <w:tr w:rsidR="00B952D9" w14:paraId="43E9F0BF" w14:textId="77777777" w:rsidTr="00A01CB4">
        <w:tc>
          <w:tcPr>
            <w:tcW w:w="3507" w:type="dxa"/>
            <w:shd w:val="clear" w:color="auto" w:fill="F4F6F9"/>
          </w:tcPr>
          <w:p w14:paraId="6F9A8384" w14:textId="77777777" w:rsidR="00B952D9" w:rsidRDefault="001658C2">
            <w:r>
              <w:t>66</w:t>
            </w:r>
          </w:p>
        </w:tc>
        <w:tc>
          <w:tcPr>
            <w:tcW w:w="5843" w:type="dxa"/>
            <w:shd w:val="clear" w:color="auto" w:fill="F4F6F9"/>
          </w:tcPr>
          <w:p w14:paraId="15B46095" w14:textId="77777777" w:rsidR="00B952D9" w:rsidRDefault="001658C2">
            <w:r>
              <w:t>Stinela Dashi</w:t>
            </w:r>
          </w:p>
        </w:tc>
      </w:tr>
      <w:tr w:rsidR="00B952D9" w14:paraId="21CF125E" w14:textId="77777777" w:rsidTr="00A01CB4">
        <w:tc>
          <w:tcPr>
            <w:tcW w:w="3507" w:type="dxa"/>
          </w:tcPr>
          <w:p w14:paraId="00C5A735" w14:textId="77777777" w:rsidR="00B952D9" w:rsidRDefault="001658C2">
            <w:r>
              <w:t>67</w:t>
            </w:r>
          </w:p>
        </w:tc>
        <w:tc>
          <w:tcPr>
            <w:tcW w:w="5843" w:type="dxa"/>
          </w:tcPr>
          <w:p w14:paraId="39AC4B3C" w14:textId="77777777" w:rsidR="00B952D9" w:rsidRDefault="001658C2">
            <w:r>
              <w:t>Teuta Dinaj</w:t>
            </w:r>
          </w:p>
        </w:tc>
      </w:tr>
      <w:tr w:rsidR="00B952D9" w14:paraId="4158727F" w14:textId="77777777" w:rsidTr="00A01CB4">
        <w:tc>
          <w:tcPr>
            <w:tcW w:w="3507" w:type="dxa"/>
            <w:shd w:val="clear" w:color="auto" w:fill="F4F6F9"/>
          </w:tcPr>
          <w:p w14:paraId="20006FB9" w14:textId="77777777" w:rsidR="00B952D9" w:rsidRDefault="001658C2">
            <w:r>
              <w:t>68</w:t>
            </w:r>
          </w:p>
        </w:tc>
        <w:tc>
          <w:tcPr>
            <w:tcW w:w="5843" w:type="dxa"/>
            <w:shd w:val="clear" w:color="auto" w:fill="F4F6F9"/>
          </w:tcPr>
          <w:p w14:paraId="4BCAE24D" w14:textId="77777777" w:rsidR="00B952D9" w:rsidRDefault="001658C2">
            <w:proofErr w:type="spellStart"/>
            <w:r>
              <w:t>Xhensila</w:t>
            </w:r>
            <w:proofErr w:type="spellEnd"/>
            <w:r>
              <w:t xml:space="preserve"> </w:t>
            </w:r>
            <w:proofErr w:type="spellStart"/>
            <w:r>
              <w:t>Pilinci</w:t>
            </w:r>
            <w:proofErr w:type="spellEnd"/>
          </w:p>
        </w:tc>
      </w:tr>
      <w:tr w:rsidR="00B952D9" w14:paraId="3F9EE20C" w14:textId="77777777" w:rsidTr="00A01CB4">
        <w:tc>
          <w:tcPr>
            <w:tcW w:w="3507" w:type="dxa"/>
          </w:tcPr>
          <w:p w14:paraId="792D59C2" w14:textId="77777777" w:rsidR="00B952D9" w:rsidRDefault="001658C2">
            <w:r>
              <w:t>69</w:t>
            </w:r>
          </w:p>
        </w:tc>
        <w:tc>
          <w:tcPr>
            <w:tcW w:w="5843" w:type="dxa"/>
          </w:tcPr>
          <w:p w14:paraId="5BD96FB2" w14:textId="77777777" w:rsidR="00B952D9" w:rsidRDefault="001658C2">
            <w:proofErr w:type="spellStart"/>
            <w:r>
              <w:t>Zhuljeta</w:t>
            </w:r>
            <w:proofErr w:type="spellEnd"/>
            <w:r>
              <w:t xml:space="preserve"> </w:t>
            </w:r>
            <w:proofErr w:type="spellStart"/>
            <w:r>
              <w:t>Feto</w:t>
            </w:r>
            <w:proofErr w:type="spellEnd"/>
          </w:p>
        </w:tc>
      </w:tr>
      <w:tr w:rsidR="00A01CB4" w14:paraId="197CE3AF" w14:textId="77777777" w:rsidTr="00A01CB4">
        <w:tc>
          <w:tcPr>
            <w:tcW w:w="3507" w:type="dxa"/>
          </w:tcPr>
          <w:p w14:paraId="19F3C32A" w14:textId="54E0630E" w:rsidR="00A01CB4" w:rsidRDefault="00A01CB4">
            <w:r>
              <w:t>70</w:t>
            </w:r>
          </w:p>
        </w:tc>
        <w:tc>
          <w:tcPr>
            <w:tcW w:w="5843" w:type="dxa"/>
          </w:tcPr>
          <w:p w14:paraId="3792E58B" w14:textId="6A0B86D4" w:rsidR="00A01CB4" w:rsidRDefault="00A01CB4">
            <w:r>
              <w:t>Michele Dinelli</w:t>
            </w:r>
          </w:p>
        </w:tc>
      </w:tr>
    </w:tbl>
    <w:p w14:paraId="4D52ACCB" w14:textId="77777777" w:rsidR="001658C2" w:rsidRDefault="001658C2"/>
    <w:sectPr w:rsidR="001658C2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082296">
    <w:abstractNumId w:val="8"/>
  </w:num>
  <w:num w:numId="2" w16cid:durableId="1824589306">
    <w:abstractNumId w:val="6"/>
  </w:num>
  <w:num w:numId="3" w16cid:durableId="639070307">
    <w:abstractNumId w:val="5"/>
  </w:num>
  <w:num w:numId="4" w16cid:durableId="2060401705">
    <w:abstractNumId w:val="4"/>
  </w:num>
  <w:num w:numId="5" w16cid:durableId="607004771">
    <w:abstractNumId w:val="7"/>
  </w:num>
  <w:num w:numId="6" w16cid:durableId="845678200">
    <w:abstractNumId w:val="3"/>
  </w:num>
  <w:num w:numId="7" w16cid:durableId="1015108998">
    <w:abstractNumId w:val="2"/>
  </w:num>
  <w:num w:numId="8" w16cid:durableId="552085425">
    <w:abstractNumId w:val="1"/>
  </w:num>
  <w:num w:numId="9" w16cid:durableId="97329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58C2"/>
    <w:rsid w:val="00167AD2"/>
    <w:rsid w:val="001A6C0C"/>
    <w:rsid w:val="0029639D"/>
    <w:rsid w:val="00326F90"/>
    <w:rsid w:val="00586815"/>
    <w:rsid w:val="005949B2"/>
    <w:rsid w:val="0078633B"/>
    <w:rsid w:val="00A01CB4"/>
    <w:rsid w:val="00A83108"/>
    <w:rsid w:val="00AA1D8D"/>
    <w:rsid w:val="00B47730"/>
    <w:rsid w:val="00B952D9"/>
    <w:rsid w:val="00C46C0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5DD8D7"/>
  <w14:defaultImageDpi w14:val="300"/>
  <w15:docId w15:val="{C34ADB63-6D5D-E64E-B666-1FC14AB1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Stinela Dashi</cp:lastModifiedBy>
  <cp:revision>6</cp:revision>
  <dcterms:created xsi:type="dcterms:W3CDTF">2026-06-26T09:38:00Z</dcterms:created>
  <dcterms:modified xsi:type="dcterms:W3CDTF">2026-07-10T13:18:00Z</dcterms:modified>
  <cp:category/>
</cp:coreProperties>
</file>