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60541" w14:textId="77777777" w:rsidR="00F24298" w:rsidRPr="00866CA2" w:rsidRDefault="005400D8">
      <w:pPr>
        <w:jc w:val="center"/>
        <w:rPr>
          <w:lang w:val="pt-BR"/>
        </w:rPr>
      </w:pPr>
      <w:r w:rsidRPr="00866CA2">
        <w:rPr>
          <w:b/>
          <w:sz w:val="26"/>
          <w:lang w:val="pt-BR"/>
        </w:rPr>
        <w:t>E X P L A N A T O R Y  R E P O R T</w:t>
      </w:r>
    </w:p>
    <w:p w14:paraId="6B646E25" w14:textId="77777777" w:rsidR="00F24298" w:rsidRDefault="005400D8">
      <w:pPr>
        <w:jc w:val="center"/>
      </w:pPr>
      <w:r>
        <w:rPr>
          <w:b/>
        </w:rPr>
        <w:t>ON</w:t>
      </w:r>
    </w:p>
    <w:p w14:paraId="06E271FD" w14:textId="77777777" w:rsidR="00F24298" w:rsidRDefault="005400D8">
      <w:pPr>
        <w:jc w:val="center"/>
      </w:pPr>
      <w:r>
        <w:rPr>
          <w:b/>
        </w:rPr>
        <w:t>THE DRAFT DECISION OF THE COUNCIL OF MINISTERS</w:t>
      </w:r>
    </w:p>
    <w:p w14:paraId="383BA3A5" w14:textId="77777777" w:rsidR="00F24298" w:rsidRDefault="005400D8">
      <w:pPr>
        <w:jc w:val="center"/>
      </w:pPr>
      <w:r>
        <w:rPr>
          <w:b/>
        </w:rPr>
        <w:t>“ON THE APPROVAL OF THE REGULATION ON THE IMPLEMENTATION OF MEASURES FOR THE PREVENTION OF SHARP INJURIES AND INFECTION IN THE HOSPITAL AND HEALTHCARE SECTOR”</w:t>
      </w:r>
    </w:p>
    <w:p w14:paraId="6301B546" w14:textId="780276D7" w:rsidR="00F24298" w:rsidRDefault="005400D8">
      <w:pPr>
        <w:spacing w:after="160"/>
        <w:ind w:firstLine="397"/>
      </w:pPr>
      <w:r>
        <w:t xml:space="preserve">Albania is not a </w:t>
      </w:r>
      <w:r w:rsidR="009F4FBE">
        <w:t xml:space="preserve">signatory </w:t>
      </w:r>
      <w:r>
        <w:t>party to the Framework Agreement on the prevention from sharp injuries in the hospital and healthcare sector, concluded by the European social partners HOSPEEM and EPSU on 17 July 2009, which was implemented at European Union level through Council Directive 2010/32/EU of 10 May 2010. Nevertheless, in the framework of the European Union accession process, Albania is undertaking the necessary measures to approximate its national legislation with the relevant EU acquis in the field of occupational safety and health. In this context, the present draft decision aims to establish a specific national framework for the prevention of injuries caused by sharp medical instruments and the associated risk of infection in the hospital and healthcare sector.</w:t>
      </w:r>
    </w:p>
    <w:p w14:paraId="53943172" w14:textId="77777777" w:rsidR="00F24298" w:rsidRDefault="005400D8">
      <w:pPr>
        <w:spacing w:after="160"/>
        <w:ind w:firstLine="397"/>
      </w:pPr>
      <w:r>
        <w:t xml:space="preserve">The draft regulation aims to ensure a safe working environment by establishing measures for risk assessment and prevention, the use of safer medical devices and work practices, information and consultation of employees, training, reporting and investigation of incidents and accidents, and appropriate medical response and follow-up following injury or accidental exposure. It applies to employees and other </w:t>
      </w:r>
      <w:proofErr w:type="gramStart"/>
      <w:r>
        <w:t>persons</w:t>
      </w:r>
      <w:proofErr w:type="gramEnd"/>
      <w:r>
        <w:t xml:space="preserve"> carrying out activities in the hospital and healthcare sector, including students, interns and temporary workers, and requires employers to take the necessary measures also in relation to subcontractors.</w:t>
      </w:r>
    </w:p>
    <w:p w14:paraId="7739B548" w14:textId="77777777" w:rsidR="00F24298" w:rsidRDefault="005400D8">
      <w:pPr>
        <w:spacing w:after="160"/>
        <w:ind w:firstLine="397"/>
      </w:pPr>
      <w:r>
        <w:t xml:space="preserve">A central element of the draft regulation is the systematic assessment of risks associated with the use of medical sharps. Employers are required to identify and assess the nature, degree and duration of exposure, </w:t>
      </w:r>
      <w:proofErr w:type="gramStart"/>
      <w:r>
        <w:t>taking into account</w:t>
      </w:r>
      <w:proofErr w:type="gramEnd"/>
      <w:r>
        <w:t xml:space="preserve"> working methods, equipment, organization of work, qualification of employees, psychosocial factors, scientific and technical information and particularly exposed categories of workers. Where risks are identified, exposure must be eliminated where possible or reduced to the lowest achievable level, including through safer equipment, safe handling and disposal procedures, appropriate containers, health surveillance, personal protective equipment and, where applicable, vaccination.</w:t>
      </w:r>
    </w:p>
    <w:p w14:paraId="7BEC874F" w14:textId="77777777" w:rsidR="00F24298" w:rsidRDefault="005400D8">
      <w:pPr>
        <w:spacing w:after="160"/>
        <w:ind w:firstLine="397"/>
      </w:pPr>
      <w:r>
        <w:t>The draft regulation also strengthens information and training requirements and establishes procedures for the declaration, recording, reporting, investigation and follow-up of incidents and accidents. Following an injury or accidental exposure, the employer is required to ensure appropriate assistance, medical evaluation, post-exposure prophylaxis where necessary, health surveillance and corrective and preventive measures. The draft further promotes a “no blame” reporting culture, whereby incidents are used to identify organizational, technical and systemic factors and to improve preventive measures.</w:t>
      </w:r>
    </w:p>
    <w:p w14:paraId="3C0FE127" w14:textId="77777777" w:rsidR="00F24298" w:rsidRDefault="005400D8">
      <w:pPr>
        <w:spacing w:after="160"/>
        <w:ind w:firstLine="397"/>
      </w:pPr>
      <w:r>
        <w:lastRenderedPageBreak/>
        <w:t>The adoption of this draft decision directly contributes to the approximation of Albanian legislation with the EU acquis concerning the prevention of sharp injuries in the hospital and healthcare sector and</w:t>
      </w:r>
      <w:proofErr w:type="gramStart"/>
      <w:r>
        <w:t>, in particular, to</w:t>
      </w:r>
      <w:proofErr w:type="gramEnd"/>
      <w:r>
        <w:t xml:space="preserve"> the implementation in national legislation of the principles and requirements of Council Directive 2010/32/EU. It also contributes to the fulfillment of the commitments of the Negotiating Position of the Republic of Albania for Chapter Group III “Competitiveness and Inclusive Growth”, under Chapter 19 “Social and Employment Policies”, as well as to the fulfillment of one of the Closing Conditions of this Chapter, as defined in the Common Position of the European Union for Chapter Group III, approved on 8.05.2025.</w:t>
      </w:r>
    </w:p>
    <w:p w14:paraId="483D6DF5" w14:textId="77777777" w:rsidR="00F24298" w:rsidRDefault="005400D8">
      <w:pPr>
        <w:spacing w:after="160"/>
        <w:ind w:firstLine="397"/>
      </w:pPr>
      <w:r>
        <w:t xml:space="preserve">The draft decision therefore constitutes a concrete measure within the EU accession process, aimed at ensuring a coherent national framework for the prevention of occupational injuries and infections related to medical sharps and at progressively achieving full alignment of Albanian legislation with the relevant EU acquis. Its implementation is expected to strengthen prevention, improve the protection of healthcare workers and other </w:t>
      </w:r>
      <w:proofErr w:type="gramStart"/>
      <w:r>
        <w:t>persons</w:t>
      </w:r>
      <w:proofErr w:type="gramEnd"/>
      <w:r>
        <w:t xml:space="preserve"> covered by the regulation, and promote a systematic culture of occupational safety and health in the hospital and healthcare sector.</w:t>
      </w:r>
    </w:p>
    <w:p w14:paraId="77B03335" w14:textId="77777777" w:rsidR="00F24298" w:rsidRDefault="005400D8">
      <w:pPr>
        <w:spacing w:after="160"/>
        <w:ind w:firstLine="397"/>
      </w:pPr>
      <w:r>
        <w:t>The implementation and periodic review of the regulation will be ensured by the Ministry responsible for health, in cooperation with the competent structures and institutions concerned. The regulation is to be reviewed periodically and, where necessary, amended in line with developments in national and European Union legislation, as well as technological and epidemiological developments.</w:t>
      </w:r>
    </w:p>
    <w:p w14:paraId="59283F0E" w14:textId="77777777" w:rsidR="00D813C8" w:rsidRDefault="00D813C8">
      <w:pPr>
        <w:spacing w:after="160"/>
        <w:ind w:firstLine="397"/>
      </w:pPr>
    </w:p>
    <w:p w14:paraId="075D31A7" w14:textId="77777777" w:rsidR="003F7B9A" w:rsidRDefault="003F7B9A">
      <w:pPr>
        <w:spacing w:after="160"/>
        <w:ind w:firstLine="397"/>
      </w:pPr>
    </w:p>
    <w:p w14:paraId="344E588A" w14:textId="77777777" w:rsidR="003F7B9A" w:rsidRDefault="003F7B9A">
      <w:pPr>
        <w:spacing w:after="160"/>
        <w:ind w:firstLine="397"/>
      </w:pPr>
    </w:p>
    <w:p w14:paraId="7EC5FD91" w14:textId="77777777" w:rsidR="003F7B9A" w:rsidRDefault="003F7B9A">
      <w:pPr>
        <w:spacing w:after="160"/>
        <w:ind w:firstLine="397"/>
      </w:pPr>
    </w:p>
    <w:p w14:paraId="18510D25" w14:textId="77777777" w:rsidR="003F7B9A" w:rsidRDefault="003F7B9A">
      <w:pPr>
        <w:spacing w:after="160"/>
        <w:ind w:firstLine="397"/>
      </w:pPr>
    </w:p>
    <w:p w14:paraId="4726E535" w14:textId="77777777" w:rsidR="003F7B9A" w:rsidRDefault="003F7B9A">
      <w:pPr>
        <w:spacing w:after="160"/>
        <w:ind w:firstLine="397"/>
      </w:pPr>
    </w:p>
    <w:p w14:paraId="771BB93C" w14:textId="77777777" w:rsidR="003F7B9A" w:rsidRDefault="003F7B9A">
      <w:pPr>
        <w:spacing w:after="160"/>
        <w:ind w:firstLine="397"/>
      </w:pPr>
    </w:p>
    <w:p w14:paraId="355D03AF" w14:textId="77777777" w:rsidR="003F7B9A" w:rsidRDefault="003F7B9A">
      <w:pPr>
        <w:spacing w:after="160"/>
        <w:ind w:firstLine="397"/>
      </w:pPr>
    </w:p>
    <w:p w14:paraId="126D810C" w14:textId="77777777" w:rsidR="003F7B9A" w:rsidRDefault="003F7B9A">
      <w:pPr>
        <w:spacing w:after="160"/>
        <w:ind w:firstLine="397"/>
      </w:pPr>
    </w:p>
    <w:p w14:paraId="25938EA4" w14:textId="77777777" w:rsidR="003F7B9A" w:rsidRDefault="003F7B9A">
      <w:pPr>
        <w:spacing w:after="160"/>
        <w:ind w:firstLine="397"/>
      </w:pPr>
    </w:p>
    <w:p w14:paraId="64CE1CFF" w14:textId="77777777" w:rsidR="003F7B9A" w:rsidRDefault="003F7B9A">
      <w:pPr>
        <w:spacing w:after="160"/>
        <w:ind w:firstLine="397"/>
      </w:pPr>
    </w:p>
    <w:p w14:paraId="4604A08F" w14:textId="77777777" w:rsidR="003F7B9A" w:rsidRDefault="003F7B9A">
      <w:pPr>
        <w:spacing w:after="160"/>
        <w:ind w:firstLine="397"/>
      </w:pPr>
    </w:p>
    <w:p w14:paraId="53A7E280" w14:textId="77777777" w:rsidR="003F7B9A" w:rsidRDefault="003F7B9A">
      <w:pPr>
        <w:spacing w:after="160"/>
        <w:ind w:firstLine="397"/>
      </w:pPr>
    </w:p>
    <w:p w14:paraId="14E76B16" w14:textId="1DC40902" w:rsidR="004C0211" w:rsidRDefault="004C0211" w:rsidP="004C0211">
      <w:pPr>
        <w:pStyle w:val="ListParagraph"/>
        <w:ind w:left="360"/>
        <w:jc w:val="center"/>
        <w:rPr>
          <w:rStyle w:val="None"/>
          <w:rFonts w:asciiTheme="majorBidi" w:hAnsiTheme="majorBidi" w:cstheme="majorBidi"/>
          <w:b/>
          <w:bCs/>
          <w:szCs w:val="24"/>
          <w:u w:color="FFFFFF" w:themeColor="background1"/>
          <w:lang w:val="sq-AL"/>
        </w:rPr>
      </w:pPr>
      <w:r>
        <w:rPr>
          <w:rStyle w:val="None"/>
          <w:rFonts w:asciiTheme="majorBidi" w:hAnsiTheme="majorBidi" w:cstheme="majorBidi"/>
          <w:b/>
          <w:bCs/>
          <w:szCs w:val="24"/>
          <w:u w:color="FFFFFF" w:themeColor="background1"/>
          <w:lang w:val="sq-AL"/>
        </w:rPr>
        <w:lastRenderedPageBreak/>
        <w:t>RELACION SHPJEGUES</w:t>
      </w:r>
      <w:r w:rsidR="00F84ADB">
        <w:rPr>
          <w:rStyle w:val="None"/>
          <w:rFonts w:asciiTheme="majorBidi" w:hAnsiTheme="majorBidi" w:cstheme="majorBidi"/>
          <w:b/>
          <w:bCs/>
          <w:szCs w:val="24"/>
          <w:u w:color="FFFFFF" w:themeColor="background1"/>
          <w:lang w:val="sq-AL"/>
        </w:rPr>
        <w:t xml:space="preserve"> PËR PROJEKTURDHRIN</w:t>
      </w:r>
    </w:p>
    <w:p w14:paraId="021441C5" w14:textId="77777777" w:rsidR="00F84ADB" w:rsidRDefault="00F84ADB" w:rsidP="004C0211">
      <w:pPr>
        <w:pStyle w:val="ListParagraph"/>
        <w:ind w:left="360"/>
        <w:jc w:val="center"/>
        <w:rPr>
          <w:rStyle w:val="None"/>
          <w:rFonts w:asciiTheme="majorBidi" w:hAnsiTheme="majorBidi" w:cstheme="majorBidi"/>
          <w:b/>
          <w:bCs/>
          <w:szCs w:val="24"/>
          <w:u w:color="FFFFFF" w:themeColor="background1"/>
          <w:lang w:val="sq-AL"/>
        </w:rPr>
      </w:pPr>
    </w:p>
    <w:p w14:paraId="2C87B095" w14:textId="147984C6" w:rsidR="004C0211" w:rsidRPr="00AA2F3A" w:rsidRDefault="004C0211" w:rsidP="004C0211">
      <w:pPr>
        <w:pStyle w:val="ListParagraph"/>
        <w:ind w:left="360"/>
        <w:jc w:val="center"/>
        <w:rPr>
          <w:rStyle w:val="None"/>
          <w:rFonts w:asciiTheme="majorBidi" w:hAnsiTheme="majorBidi" w:cstheme="majorBidi"/>
          <w:b/>
          <w:bCs/>
          <w:szCs w:val="24"/>
          <w:u w:color="FFFFFF" w:themeColor="background1"/>
          <w:lang w:val="sq-AL"/>
        </w:rPr>
      </w:pPr>
      <w:r w:rsidRPr="00AA2F3A">
        <w:rPr>
          <w:rStyle w:val="None"/>
          <w:rFonts w:asciiTheme="majorBidi" w:hAnsiTheme="majorBidi" w:cstheme="majorBidi"/>
          <w:b/>
          <w:bCs/>
          <w:szCs w:val="24"/>
          <w:u w:color="FFFFFF" w:themeColor="background1"/>
          <w:lang w:val="sq-AL"/>
        </w:rPr>
        <w:t>PËR MIRATIMIN E RREGULLORES “PËR ZBATIMIN E MASAVE PËR PARANDALIMIN NGA LËNDIMET ME INSTRUMENTE TË MPREHTA DHE INFEKTIMIT NË KUJDESIT SHËNDETËSOR</w:t>
      </w:r>
      <w:r w:rsidRPr="00AA2F3A">
        <w:rPr>
          <w:rFonts w:asciiTheme="majorBidi" w:hAnsiTheme="majorBidi" w:cstheme="majorBidi"/>
          <w:b/>
          <w:bCs/>
          <w:szCs w:val="24"/>
          <w:u w:color="FFFFFF" w:themeColor="background1"/>
          <w:lang w:val="sq-AL"/>
        </w:rPr>
        <w:t>”</w:t>
      </w:r>
    </w:p>
    <w:p w14:paraId="5BF89738" w14:textId="049A48BA" w:rsidR="00D813C8" w:rsidRPr="00D813C8" w:rsidRDefault="00D813C8" w:rsidP="00D813C8">
      <w:pPr>
        <w:spacing w:after="160"/>
        <w:ind w:firstLine="397"/>
      </w:pPr>
      <w:r w:rsidRPr="004C0211">
        <w:rPr>
          <w:lang w:val="sq-AL"/>
        </w:rPr>
        <w:t xml:space="preserve">Shqipëria nuk është palë nënshkruese e Marrëveshjes Kuadër për parandalimin e lëndimeve nga mjetet e mprehta në sektorin spitalor dhe atë të kujdesit shëndetësor, e lidhur ndërmjet partnerëve socialë evropianë HOSPEEM dhe EPSU më 17 korrik 2009, e cila u zbatua në nivelin e Bashkimit Evropian nëpërmjet Direktivës së Këshillit 2010/32/BE të datës 10 maj 2010. </w:t>
      </w:r>
      <w:proofErr w:type="spellStart"/>
      <w:r w:rsidRPr="003F7B9A">
        <w:t>Megjithatë</w:t>
      </w:r>
      <w:proofErr w:type="spellEnd"/>
      <w:r w:rsidRPr="003F7B9A">
        <w:t xml:space="preserve">, </w:t>
      </w:r>
      <w:proofErr w:type="spellStart"/>
      <w:r w:rsidRPr="003F7B9A">
        <w:t>në</w:t>
      </w:r>
      <w:proofErr w:type="spellEnd"/>
      <w:r w:rsidRPr="003F7B9A">
        <w:t xml:space="preserve"> </w:t>
      </w:r>
      <w:proofErr w:type="spellStart"/>
      <w:r w:rsidRPr="003F7B9A">
        <w:t>kuadër</w:t>
      </w:r>
      <w:proofErr w:type="spellEnd"/>
      <w:r w:rsidRPr="003F7B9A">
        <w:t xml:space="preserve"> </w:t>
      </w:r>
      <w:proofErr w:type="spellStart"/>
      <w:r w:rsidRPr="003F7B9A">
        <w:t>të</w:t>
      </w:r>
      <w:proofErr w:type="spellEnd"/>
      <w:r w:rsidRPr="003F7B9A">
        <w:t xml:space="preserve"> </w:t>
      </w:r>
      <w:proofErr w:type="spellStart"/>
      <w:r w:rsidRPr="003F7B9A">
        <w:t>procesit</w:t>
      </w:r>
      <w:proofErr w:type="spellEnd"/>
      <w:r w:rsidRPr="003F7B9A">
        <w:t xml:space="preserve"> </w:t>
      </w:r>
      <w:proofErr w:type="spellStart"/>
      <w:r w:rsidRPr="003F7B9A">
        <w:t>të</w:t>
      </w:r>
      <w:proofErr w:type="spellEnd"/>
      <w:r w:rsidRPr="003F7B9A">
        <w:t xml:space="preserve"> </w:t>
      </w:r>
      <w:proofErr w:type="spellStart"/>
      <w:r w:rsidRPr="003F7B9A">
        <w:t>anëtarësimit</w:t>
      </w:r>
      <w:proofErr w:type="spellEnd"/>
      <w:r w:rsidRPr="003F7B9A">
        <w:t xml:space="preserve"> </w:t>
      </w:r>
      <w:proofErr w:type="spellStart"/>
      <w:r w:rsidRPr="003F7B9A">
        <w:t>në</w:t>
      </w:r>
      <w:proofErr w:type="spellEnd"/>
      <w:r w:rsidRPr="003F7B9A">
        <w:t xml:space="preserve"> </w:t>
      </w:r>
      <w:proofErr w:type="spellStart"/>
      <w:r w:rsidRPr="003F7B9A">
        <w:t>Bashkimin</w:t>
      </w:r>
      <w:proofErr w:type="spellEnd"/>
      <w:r w:rsidRPr="003F7B9A">
        <w:t xml:space="preserve"> </w:t>
      </w:r>
      <w:proofErr w:type="spellStart"/>
      <w:r w:rsidRPr="003F7B9A">
        <w:t>Evropian</w:t>
      </w:r>
      <w:proofErr w:type="spellEnd"/>
      <w:r w:rsidRPr="003F7B9A">
        <w:t xml:space="preserve">, </w:t>
      </w:r>
      <w:proofErr w:type="spellStart"/>
      <w:r w:rsidRPr="003F7B9A">
        <w:t>Shqipëria</w:t>
      </w:r>
      <w:proofErr w:type="spellEnd"/>
      <w:r w:rsidRPr="003F7B9A">
        <w:t xml:space="preserve"> po </w:t>
      </w:r>
      <w:proofErr w:type="spellStart"/>
      <w:r w:rsidRPr="003F7B9A">
        <w:t>ndërmerr</w:t>
      </w:r>
      <w:proofErr w:type="spellEnd"/>
      <w:r w:rsidRPr="003F7B9A">
        <w:t xml:space="preserve"> </w:t>
      </w:r>
      <w:proofErr w:type="spellStart"/>
      <w:r w:rsidRPr="003F7B9A">
        <w:t>masat</w:t>
      </w:r>
      <w:proofErr w:type="spellEnd"/>
      <w:r w:rsidRPr="003F7B9A">
        <w:t xml:space="preserve"> e </w:t>
      </w:r>
      <w:proofErr w:type="spellStart"/>
      <w:r w:rsidRPr="003F7B9A">
        <w:t>nevojshme</w:t>
      </w:r>
      <w:proofErr w:type="spellEnd"/>
      <w:r w:rsidRPr="003F7B9A">
        <w:t xml:space="preserve"> </w:t>
      </w:r>
      <w:proofErr w:type="spellStart"/>
      <w:r w:rsidRPr="003F7B9A">
        <w:t>për</w:t>
      </w:r>
      <w:proofErr w:type="spellEnd"/>
      <w:r w:rsidRPr="003F7B9A">
        <w:t xml:space="preserve"> </w:t>
      </w:r>
      <w:proofErr w:type="spellStart"/>
      <w:r w:rsidRPr="003F7B9A">
        <w:t>përafrimin</w:t>
      </w:r>
      <w:proofErr w:type="spellEnd"/>
      <w:r w:rsidRPr="003F7B9A">
        <w:t xml:space="preserve"> e </w:t>
      </w:r>
      <w:proofErr w:type="spellStart"/>
      <w:r w:rsidRPr="003F7B9A">
        <w:t>legjislacionit</w:t>
      </w:r>
      <w:proofErr w:type="spellEnd"/>
      <w:r w:rsidRPr="003F7B9A">
        <w:t xml:space="preserve"> </w:t>
      </w:r>
      <w:proofErr w:type="spellStart"/>
      <w:r w:rsidRPr="003F7B9A">
        <w:t>kombëtar</w:t>
      </w:r>
      <w:proofErr w:type="spellEnd"/>
      <w:r w:rsidRPr="003F7B9A">
        <w:t xml:space="preserve"> me acquis-in </w:t>
      </w:r>
      <w:proofErr w:type="spellStart"/>
      <w:r w:rsidRPr="003F7B9A">
        <w:t>përkatës</w:t>
      </w:r>
      <w:proofErr w:type="spellEnd"/>
      <w:r w:rsidRPr="003F7B9A">
        <w:t xml:space="preserve"> </w:t>
      </w:r>
      <w:proofErr w:type="spellStart"/>
      <w:r w:rsidRPr="003F7B9A">
        <w:t>të</w:t>
      </w:r>
      <w:proofErr w:type="spellEnd"/>
      <w:r w:rsidRPr="003F7B9A">
        <w:t xml:space="preserve"> BE-</w:t>
      </w:r>
      <w:proofErr w:type="spellStart"/>
      <w:r w:rsidRPr="003F7B9A">
        <w:t>së</w:t>
      </w:r>
      <w:proofErr w:type="spellEnd"/>
      <w:r w:rsidRPr="003F7B9A">
        <w:t xml:space="preserve"> </w:t>
      </w:r>
      <w:proofErr w:type="spellStart"/>
      <w:r w:rsidRPr="003F7B9A">
        <w:t>në</w:t>
      </w:r>
      <w:proofErr w:type="spellEnd"/>
      <w:r w:rsidRPr="003F7B9A">
        <w:t xml:space="preserve"> </w:t>
      </w:r>
      <w:proofErr w:type="spellStart"/>
      <w:r w:rsidRPr="003F7B9A">
        <w:t>fushën</w:t>
      </w:r>
      <w:proofErr w:type="spellEnd"/>
      <w:r w:rsidRPr="003F7B9A">
        <w:t xml:space="preserve"> e </w:t>
      </w:r>
      <w:proofErr w:type="spellStart"/>
      <w:r w:rsidRPr="003F7B9A">
        <w:t>sigurisë</w:t>
      </w:r>
      <w:proofErr w:type="spellEnd"/>
      <w:r w:rsidRPr="003F7B9A">
        <w:t xml:space="preserve"> </w:t>
      </w:r>
      <w:proofErr w:type="spellStart"/>
      <w:r w:rsidRPr="003F7B9A">
        <w:t>dhe</w:t>
      </w:r>
      <w:proofErr w:type="spellEnd"/>
      <w:r w:rsidRPr="003F7B9A">
        <w:t xml:space="preserve"> </w:t>
      </w:r>
      <w:proofErr w:type="spellStart"/>
      <w:r w:rsidRPr="003F7B9A">
        <w:t>shëndetit</w:t>
      </w:r>
      <w:proofErr w:type="spellEnd"/>
      <w:r w:rsidRPr="003F7B9A">
        <w:t xml:space="preserve"> </w:t>
      </w:r>
      <w:proofErr w:type="spellStart"/>
      <w:r w:rsidRPr="003F7B9A">
        <w:t>në</w:t>
      </w:r>
      <w:proofErr w:type="spellEnd"/>
      <w:r w:rsidRPr="003F7B9A">
        <w:t xml:space="preserve"> </w:t>
      </w:r>
      <w:proofErr w:type="spellStart"/>
      <w:r w:rsidRPr="00971095">
        <w:t>punë</w:t>
      </w:r>
      <w:proofErr w:type="spellEnd"/>
      <w:r w:rsidRPr="00971095">
        <w:t>.</w:t>
      </w:r>
      <w:r w:rsidRPr="00D813C8">
        <w:t xml:space="preserve"> </w:t>
      </w:r>
      <w:proofErr w:type="spellStart"/>
      <w:r w:rsidRPr="00D813C8">
        <w:t>Në</w:t>
      </w:r>
      <w:proofErr w:type="spellEnd"/>
      <w:r w:rsidRPr="00D813C8">
        <w:t xml:space="preserve"> </w:t>
      </w:r>
      <w:proofErr w:type="spellStart"/>
      <w:r w:rsidRPr="00D813C8">
        <w:t>këtë</w:t>
      </w:r>
      <w:proofErr w:type="spellEnd"/>
      <w:r w:rsidRPr="00D813C8">
        <w:t xml:space="preserve"> </w:t>
      </w:r>
      <w:proofErr w:type="spellStart"/>
      <w:r w:rsidRPr="00D813C8">
        <w:t>kontekst</w:t>
      </w:r>
      <w:proofErr w:type="spellEnd"/>
      <w:r w:rsidRPr="00D813C8">
        <w:t xml:space="preserve">, </w:t>
      </w:r>
      <w:proofErr w:type="spellStart"/>
      <w:r w:rsidRPr="00D813C8">
        <w:t>projekt</w:t>
      </w:r>
      <w:r w:rsidR="00DF41C3">
        <w:t>urdhri</w:t>
      </w:r>
      <w:proofErr w:type="spellEnd"/>
      <w:r w:rsidR="003F2A67">
        <w:t xml:space="preserve"> </w:t>
      </w:r>
      <w:proofErr w:type="spellStart"/>
      <w:r w:rsidRPr="00D813C8">
        <w:t>në</w:t>
      </w:r>
      <w:proofErr w:type="spellEnd"/>
      <w:r w:rsidRPr="00D813C8">
        <w:t xml:space="preserve"> </w:t>
      </w:r>
      <w:proofErr w:type="spellStart"/>
      <w:r w:rsidRPr="00D813C8">
        <w:t>fjalë</w:t>
      </w:r>
      <w:proofErr w:type="spellEnd"/>
      <w:r w:rsidRPr="00D813C8">
        <w:t xml:space="preserve"> </w:t>
      </w:r>
      <w:proofErr w:type="spellStart"/>
      <w:r w:rsidRPr="00D813C8">
        <w:t>synon</w:t>
      </w:r>
      <w:proofErr w:type="spellEnd"/>
      <w:r w:rsidRPr="00D813C8">
        <w:t xml:space="preserve"> </w:t>
      </w:r>
      <w:proofErr w:type="spellStart"/>
      <w:r w:rsidRPr="00D813C8">
        <w:t>të</w:t>
      </w:r>
      <w:proofErr w:type="spellEnd"/>
      <w:r w:rsidRPr="00D813C8">
        <w:t xml:space="preserve"> </w:t>
      </w:r>
      <w:proofErr w:type="spellStart"/>
      <w:r w:rsidRPr="00D813C8">
        <w:t>vendosë</w:t>
      </w:r>
      <w:proofErr w:type="spellEnd"/>
      <w:r w:rsidRPr="00D813C8">
        <w:t xml:space="preserve"> </w:t>
      </w:r>
      <w:proofErr w:type="spellStart"/>
      <w:r w:rsidRPr="00D813C8">
        <w:t>një</w:t>
      </w:r>
      <w:proofErr w:type="spellEnd"/>
      <w:r w:rsidRPr="00D813C8">
        <w:t xml:space="preserve"> </w:t>
      </w:r>
      <w:proofErr w:type="spellStart"/>
      <w:r w:rsidRPr="00D813C8">
        <w:t>kuadër</w:t>
      </w:r>
      <w:proofErr w:type="spellEnd"/>
      <w:r w:rsidRPr="00D813C8">
        <w:t xml:space="preserve"> </w:t>
      </w:r>
      <w:proofErr w:type="spellStart"/>
      <w:r w:rsidRPr="00D813C8">
        <w:t>të</w:t>
      </w:r>
      <w:proofErr w:type="spellEnd"/>
      <w:r w:rsidRPr="00D813C8">
        <w:t xml:space="preserve"> </w:t>
      </w:r>
      <w:proofErr w:type="spellStart"/>
      <w:r w:rsidRPr="00D813C8">
        <w:t>posaçëm</w:t>
      </w:r>
      <w:proofErr w:type="spellEnd"/>
      <w:r w:rsidRPr="00D813C8">
        <w:t xml:space="preserve"> </w:t>
      </w:r>
      <w:proofErr w:type="spellStart"/>
      <w:r w:rsidRPr="00D813C8">
        <w:t>kombëtar</w:t>
      </w:r>
      <w:proofErr w:type="spellEnd"/>
      <w:r w:rsidRPr="00D813C8">
        <w:t xml:space="preserve"> </w:t>
      </w:r>
      <w:proofErr w:type="spellStart"/>
      <w:r w:rsidRPr="00D813C8">
        <w:t>për</w:t>
      </w:r>
      <w:proofErr w:type="spellEnd"/>
      <w:r w:rsidRPr="00D813C8">
        <w:t xml:space="preserve"> </w:t>
      </w:r>
      <w:proofErr w:type="spellStart"/>
      <w:r w:rsidRPr="00D813C8">
        <w:t>parandalimin</w:t>
      </w:r>
      <w:proofErr w:type="spellEnd"/>
      <w:r w:rsidRPr="00D813C8">
        <w:t xml:space="preserve"> e </w:t>
      </w:r>
      <w:proofErr w:type="spellStart"/>
      <w:r w:rsidRPr="00D813C8">
        <w:t>lëndimeve</w:t>
      </w:r>
      <w:proofErr w:type="spellEnd"/>
      <w:r w:rsidRPr="00D813C8">
        <w:t xml:space="preserve"> </w:t>
      </w:r>
      <w:proofErr w:type="spellStart"/>
      <w:r w:rsidRPr="00D813C8">
        <w:t>të</w:t>
      </w:r>
      <w:proofErr w:type="spellEnd"/>
      <w:r w:rsidRPr="00D813C8">
        <w:t xml:space="preserve"> </w:t>
      </w:r>
      <w:proofErr w:type="spellStart"/>
      <w:r w:rsidRPr="00D813C8">
        <w:t>shkaktuara</w:t>
      </w:r>
      <w:proofErr w:type="spellEnd"/>
      <w:r w:rsidRPr="00D813C8">
        <w:t xml:space="preserve"> </w:t>
      </w:r>
      <w:proofErr w:type="spellStart"/>
      <w:r w:rsidRPr="00D813C8">
        <w:t>nga</w:t>
      </w:r>
      <w:proofErr w:type="spellEnd"/>
      <w:r w:rsidRPr="00D813C8">
        <w:t xml:space="preserve"> </w:t>
      </w:r>
      <w:proofErr w:type="spellStart"/>
      <w:r w:rsidRPr="00D813C8">
        <w:t>instrumentet</w:t>
      </w:r>
      <w:proofErr w:type="spellEnd"/>
      <w:r w:rsidRPr="00D813C8">
        <w:t xml:space="preserve"> </w:t>
      </w:r>
      <w:proofErr w:type="spellStart"/>
      <w:r w:rsidRPr="00D813C8">
        <w:t>mjekësore</w:t>
      </w:r>
      <w:proofErr w:type="spellEnd"/>
      <w:r w:rsidRPr="00D813C8">
        <w:t xml:space="preserve"> </w:t>
      </w:r>
      <w:proofErr w:type="spellStart"/>
      <w:r w:rsidRPr="00D813C8">
        <w:t>të</w:t>
      </w:r>
      <w:proofErr w:type="spellEnd"/>
      <w:r w:rsidRPr="00D813C8">
        <w:t xml:space="preserve"> </w:t>
      </w:r>
      <w:proofErr w:type="spellStart"/>
      <w:r w:rsidRPr="00D813C8">
        <w:t>mprehta</w:t>
      </w:r>
      <w:proofErr w:type="spellEnd"/>
      <w:r w:rsidRPr="00D813C8">
        <w:t xml:space="preserve"> </w:t>
      </w:r>
      <w:proofErr w:type="spellStart"/>
      <w:r w:rsidRPr="00D813C8">
        <w:t>dhe</w:t>
      </w:r>
      <w:proofErr w:type="spellEnd"/>
      <w:r w:rsidRPr="00D813C8">
        <w:t xml:space="preserve"> </w:t>
      </w:r>
      <w:proofErr w:type="spellStart"/>
      <w:r w:rsidRPr="00D813C8">
        <w:t>rrezikut</w:t>
      </w:r>
      <w:proofErr w:type="spellEnd"/>
      <w:r w:rsidRPr="00D813C8">
        <w:t xml:space="preserve"> </w:t>
      </w:r>
      <w:proofErr w:type="spellStart"/>
      <w:r w:rsidRPr="00D813C8">
        <w:t>të</w:t>
      </w:r>
      <w:proofErr w:type="spellEnd"/>
      <w:r w:rsidRPr="00D813C8">
        <w:t xml:space="preserve"> </w:t>
      </w:r>
      <w:proofErr w:type="spellStart"/>
      <w:r w:rsidRPr="00D813C8">
        <w:t>infeksionit</w:t>
      </w:r>
      <w:proofErr w:type="spellEnd"/>
      <w:r w:rsidRPr="00D813C8">
        <w:t xml:space="preserve"> </w:t>
      </w:r>
      <w:proofErr w:type="spellStart"/>
      <w:r w:rsidRPr="00D813C8">
        <w:t>që</w:t>
      </w:r>
      <w:proofErr w:type="spellEnd"/>
      <w:r w:rsidRPr="00D813C8">
        <w:t xml:space="preserve"> </w:t>
      </w:r>
      <w:proofErr w:type="spellStart"/>
      <w:r w:rsidRPr="00D813C8">
        <w:t>lidhet</w:t>
      </w:r>
      <w:proofErr w:type="spellEnd"/>
      <w:r w:rsidRPr="00D813C8">
        <w:t xml:space="preserve"> me to </w:t>
      </w:r>
      <w:proofErr w:type="spellStart"/>
      <w:r w:rsidRPr="00D813C8">
        <w:t>në</w:t>
      </w:r>
      <w:proofErr w:type="spellEnd"/>
      <w:r w:rsidRPr="00D813C8">
        <w:t xml:space="preserve"> </w:t>
      </w:r>
      <w:proofErr w:type="spellStart"/>
      <w:r w:rsidRPr="00D813C8">
        <w:t>sektorin</w:t>
      </w:r>
      <w:proofErr w:type="spellEnd"/>
      <w:r w:rsidRPr="00D813C8">
        <w:t xml:space="preserve"> </w:t>
      </w:r>
      <w:proofErr w:type="spellStart"/>
      <w:r w:rsidRPr="00D813C8">
        <w:t>spitalor</w:t>
      </w:r>
      <w:proofErr w:type="spellEnd"/>
      <w:r w:rsidRPr="00D813C8">
        <w:t xml:space="preserve"> </w:t>
      </w:r>
      <w:proofErr w:type="spellStart"/>
      <w:r w:rsidRPr="00D813C8">
        <w:t>dhe</w:t>
      </w:r>
      <w:proofErr w:type="spellEnd"/>
      <w:r w:rsidRPr="00D813C8">
        <w:t xml:space="preserve"> </w:t>
      </w:r>
      <w:proofErr w:type="spellStart"/>
      <w:r w:rsidRPr="00D813C8">
        <w:t>atë</w:t>
      </w:r>
      <w:proofErr w:type="spellEnd"/>
      <w:r w:rsidRPr="00D813C8">
        <w:t xml:space="preserve"> </w:t>
      </w:r>
      <w:proofErr w:type="spellStart"/>
      <w:r w:rsidRPr="00D813C8">
        <w:t>të</w:t>
      </w:r>
      <w:proofErr w:type="spellEnd"/>
      <w:r w:rsidRPr="00D813C8">
        <w:t xml:space="preserve"> </w:t>
      </w:r>
      <w:proofErr w:type="spellStart"/>
      <w:r w:rsidRPr="00D813C8">
        <w:t>kujdesit</w:t>
      </w:r>
      <w:proofErr w:type="spellEnd"/>
      <w:r w:rsidRPr="00D813C8">
        <w:t xml:space="preserve"> </w:t>
      </w:r>
      <w:proofErr w:type="spellStart"/>
      <w:r w:rsidRPr="00D813C8">
        <w:t>shëndetësor</w:t>
      </w:r>
      <w:proofErr w:type="spellEnd"/>
      <w:r w:rsidRPr="00D813C8">
        <w:t>.</w:t>
      </w:r>
    </w:p>
    <w:p w14:paraId="6ACE2DDC" w14:textId="77777777" w:rsidR="00D813C8" w:rsidRPr="00D813C8" w:rsidRDefault="00D813C8" w:rsidP="00D813C8">
      <w:pPr>
        <w:spacing w:after="160"/>
        <w:ind w:firstLine="397"/>
      </w:pPr>
      <w:proofErr w:type="spellStart"/>
      <w:r w:rsidRPr="00D813C8">
        <w:t>Projektakti</w:t>
      </w:r>
      <w:proofErr w:type="spellEnd"/>
      <w:r w:rsidRPr="00D813C8">
        <w:t xml:space="preserve"> </w:t>
      </w:r>
      <w:proofErr w:type="spellStart"/>
      <w:r w:rsidRPr="00D813C8">
        <w:t>synon</w:t>
      </w:r>
      <w:proofErr w:type="spellEnd"/>
      <w:r w:rsidRPr="00D813C8">
        <w:t xml:space="preserve"> </w:t>
      </w:r>
      <w:proofErr w:type="spellStart"/>
      <w:r w:rsidRPr="00D813C8">
        <w:t>të</w:t>
      </w:r>
      <w:proofErr w:type="spellEnd"/>
      <w:r w:rsidRPr="00D813C8">
        <w:t xml:space="preserve"> </w:t>
      </w:r>
      <w:proofErr w:type="spellStart"/>
      <w:r w:rsidRPr="00D813C8">
        <w:t>garantojë</w:t>
      </w:r>
      <w:proofErr w:type="spellEnd"/>
      <w:r w:rsidRPr="00D813C8">
        <w:t xml:space="preserve"> </w:t>
      </w:r>
      <w:proofErr w:type="spellStart"/>
      <w:r w:rsidRPr="00D813C8">
        <w:t>një</w:t>
      </w:r>
      <w:proofErr w:type="spellEnd"/>
      <w:r w:rsidRPr="00D813C8">
        <w:t xml:space="preserve"> </w:t>
      </w:r>
      <w:proofErr w:type="spellStart"/>
      <w:r w:rsidRPr="00D813C8">
        <w:t>mjedis</w:t>
      </w:r>
      <w:proofErr w:type="spellEnd"/>
      <w:r w:rsidRPr="00D813C8">
        <w:t xml:space="preserve"> </w:t>
      </w:r>
      <w:proofErr w:type="spellStart"/>
      <w:r w:rsidRPr="00D813C8">
        <w:t>të</w:t>
      </w:r>
      <w:proofErr w:type="spellEnd"/>
      <w:r w:rsidRPr="00D813C8">
        <w:t xml:space="preserve"> </w:t>
      </w:r>
      <w:proofErr w:type="spellStart"/>
      <w:r w:rsidRPr="00D813C8">
        <w:t>sigurt</w:t>
      </w:r>
      <w:proofErr w:type="spellEnd"/>
      <w:r w:rsidRPr="00D813C8">
        <w:t xml:space="preserve"> </w:t>
      </w:r>
      <w:proofErr w:type="spellStart"/>
      <w:r w:rsidRPr="00D813C8">
        <w:t>pune</w:t>
      </w:r>
      <w:proofErr w:type="spellEnd"/>
      <w:r w:rsidRPr="00D813C8">
        <w:t xml:space="preserve"> </w:t>
      </w:r>
      <w:proofErr w:type="spellStart"/>
      <w:r w:rsidRPr="00D813C8">
        <w:t>nëpërmjet</w:t>
      </w:r>
      <w:proofErr w:type="spellEnd"/>
      <w:r w:rsidRPr="00D813C8">
        <w:t xml:space="preserve"> </w:t>
      </w:r>
      <w:proofErr w:type="spellStart"/>
      <w:r w:rsidRPr="00D813C8">
        <w:t>përcaktimit</w:t>
      </w:r>
      <w:proofErr w:type="spellEnd"/>
      <w:r w:rsidRPr="00D813C8">
        <w:t xml:space="preserve"> </w:t>
      </w:r>
      <w:proofErr w:type="spellStart"/>
      <w:r w:rsidRPr="00D813C8">
        <w:t>të</w:t>
      </w:r>
      <w:proofErr w:type="spellEnd"/>
      <w:r w:rsidRPr="00D813C8">
        <w:t xml:space="preserve"> </w:t>
      </w:r>
      <w:proofErr w:type="spellStart"/>
      <w:r w:rsidRPr="00D813C8">
        <w:t>masave</w:t>
      </w:r>
      <w:proofErr w:type="spellEnd"/>
      <w:r w:rsidRPr="00D813C8">
        <w:t xml:space="preserve"> </w:t>
      </w:r>
      <w:proofErr w:type="spellStart"/>
      <w:r w:rsidRPr="00D813C8">
        <w:t>për</w:t>
      </w:r>
      <w:proofErr w:type="spellEnd"/>
      <w:r w:rsidRPr="00D813C8">
        <w:t xml:space="preserve"> </w:t>
      </w:r>
      <w:proofErr w:type="spellStart"/>
      <w:r w:rsidRPr="00D813C8">
        <w:t>vlerësimin</w:t>
      </w:r>
      <w:proofErr w:type="spellEnd"/>
      <w:r w:rsidRPr="00D813C8">
        <w:t xml:space="preserve"> </w:t>
      </w:r>
      <w:proofErr w:type="spellStart"/>
      <w:r w:rsidRPr="00D813C8">
        <w:t>dhe</w:t>
      </w:r>
      <w:proofErr w:type="spellEnd"/>
      <w:r w:rsidRPr="00D813C8">
        <w:t xml:space="preserve"> </w:t>
      </w:r>
      <w:proofErr w:type="spellStart"/>
      <w:r w:rsidRPr="00D813C8">
        <w:t>parandalimin</w:t>
      </w:r>
      <w:proofErr w:type="spellEnd"/>
      <w:r w:rsidRPr="00D813C8">
        <w:t xml:space="preserve"> e </w:t>
      </w:r>
      <w:proofErr w:type="spellStart"/>
      <w:r w:rsidRPr="00D813C8">
        <w:t>rreziqeve</w:t>
      </w:r>
      <w:proofErr w:type="spellEnd"/>
      <w:r w:rsidRPr="00D813C8">
        <w:t xml:space="preserve">, </w:t>
      </w:r>
      <w:proofErr w:type="spellStart"/>
      <w:r w:rsidRPr="00D813C8">
        <w:t>përdorimin</w:t>
      </w:r>
      <w:proofErr w:type="spellEnd"/>
      <w:r w:rsidRPr="00D813C8">
        <w:t xml:space="preserve"> e </w:t>
      </w:r>
      <w:proofErr w:type="spellStart"/>
      <w:r w:rsidRPr="00D813C8">
        <w:t>pajisjeve</w:t>
      </w:r>
      <w:proofErr w:type="spellEnd"/>
      <w:r w:rsidRPr="00D813C8">
        <w:t xml:space="preserve"> </w:t>
      </w:r>
      <w:proofErr w:type="spellStart"/>
      <w:r w:rsidRPr="00D813C8">
        <w:t>mjekësore</w:t>
      </w:r>
      <w:proofErr w:type="spellEnd"/>
      <w:r w:rsidRPr="00D813C8">
        <w:t xml:space="preserve"> </w:t>
      </w:r>
      <w:proofErr w:type="spellStart"/>
      <w:r w:rsidRPr="00D813C8">
        <w:t>dhe</w:t>
      </w:r>
      <w:proofErr w:type="spellEnd"/>
      <w:r w:rsidRPr="00D813C8">
        <w:t xml:space="preserve"> </w:t>
      </w:r>
      <w:proofErr w:type="spellStart"/>
      <w:r w:rsidRPr="00D813C8">
        <w:t>praktikave</w:t>
      </w:r>
      <w:proofErr w:type="spellEnd"/>
      <w:r w:rsidRPr="00D813C8">
        <w:t xml:space="preserve"> </w:t>
      </w:r>
      <w:proofErr w:type="spellStart"/>
      <w:r w:rsidRPr="00D813C8">
        <w:t>më</w:t>
      </w:r>
      <w:proofErr w:type="spellEnd"/>
      <w:r w:rsidRPr="00D813C8">
        <w:t xml:space="preserve"> </w:t>
      </w:r>
      <w:proofErr w:type="spellStart"/>
      <w:r w:rsidRPr="00D813C8">
        <w:t>të</w:t>
      </w:r>
      <w:proofErr w:type="spellEnd"/>
      <w:r w:rsidRPr="00D813C8">
        <w:t xml:space="preserve"> </w:t>
      </w:r>
      <w:proofErr w:type="spellStart"/>
      <w:r w:rsidRPr="00D813C8">
        <w:t>sigurta</w:t>
      </w:r>
      <w:proofErr w:type="spellEnd"/>
      <w:r w:rsidRPr="00D813C8">
        <w:t xml:space="preserve"> </w:t>
      </w:r>
      <w:proofErr w:type="spellStart"/>
      <w:r w:rsidRPr="00D813C8">
        <w:t>të</w:t>
      </w:r>
      <w:proofErr w:type="spellEnd"/>
      <w:r w:rsidRPr="00D813C8">
        <w:t xml:space="preserve"> </w:t>
      </w:r>
      <w:proofErr w:type="spellStart"/>
      <w:r w:rsidRPr="00D813C8">
        <w:t>punës</w:t>
      </w:r>
      <w:proofErr w:type="spellEnd"/>
      <w:r w:rsidRPr="00D813C8">
        <w:t xml:space="preserve">, </w:t>
      </w:r>
      <w:proofErr w:type="spellStart"/>
      <w:r w:rsidRPr="00D813C8">
        <w:t>informimin</w:t>
      </w:r>
      <w:proofErr w:type="spellEnd"/>
      <w:r w:rsidRPr="00D813C8">
        <w:t xml:space="preserve"> </w:t>
      </w:r>
      <w:proofErr w:type="spellStart"/>
      <w:r w:rsidRPr="00D813C8">
        <w:t>dhe</w:t>
      </w:r>
      <w:proofErr w:type="spellEnd"/>
      <w:r w:rsidRPr="00D813C8">
        <w:t xml:space="preserve"> </w:t>
      </w:r>
      <w:proofErr w:type="spellStart"/>
      <w:r w:rsidRPr="00D813C8">
        <w:t>konsultimin</w:t>
      </w:r>
      <w:proofErr w:type="spellEnd"/>
      <w:r w:rsidRPr="00D813C8">
        <w:t xml:space="preserve"> e </w:t>
      </w:r>
      <w:proofErr w:type="spellStart"/>
      <w:r w:rsidRPr="00D813C8">
        <w:t>punëmarrësve</w:t>
      </w:r>
      <w:proofErr w:type="spellEnd"/>
      <w:r w:rsidRPr="00D813C8">
        <w:t xml:space="preserve">, </w:t>
      </w:r>
      <w:proofErr w:type="spellStart"/>
      <w:r w:rsidRPr="00D813C8">
        <w:t>trajnimin</w:t>
      </w:r>
      <w:proofErr w:type="spellEnd"/>
      <w:r w:rsidRPr="00D813C8">
        <w:t xml:space="preserve">, </w:t>
      </w:r>
      <w:proofErr w:type="spellStart"/>
      <w:r w:rsidRPr="00D813C8">
        <w:t>raportimin</w:t>
      </w:r>
      <w:proofErr w:type="spellEnd"/>
      <w:r w:rsidRPr="00D813C8">
        <w:t xml:space="preserve"> </w:t>
      </w:r>
      <w:proofErr w:type="spellStart"/>
      <w:r w:rsidRPr="00D813C8">
        <w:t>dhe</w:t>
      </w:r>
      <w:proofErr w:type="spellEnd"/>
      <w:r w:rsidRPr="00D813C8">
        <w:t xml:space="preserve"> </w:t>
      </w:r>
      <w:proofErr w:type="spellStart"/>
      <w:r w:rsidRPr="00D813C8">
        <w:t>hetimin</w:t>
      </w:r>
      <w:proofErr w:type="spellEnd"/>
      <w:r w:rsidRPr="00D813C8">
        <w:t xml:space="preserve"> e </w:t>
      </w:r>
      <w:proofErr w:type="spellStart"/>
      <w:r w:rsidRPr="00D813C8">
        <w:t>incidenteve</w:t>
      </w:r>
      <w:proofErr w:type="spellEnd"/>
      <w:r w:rsidRPr="00D813C8">
        <w:t xml:space="preserve"> </w:t>
      </w:r>
      <w:proofErr w:type="spellStart"/>
      <w:r w:rsidRPr="00D813C8">
        <w:t>dhe</w:t>
      </w:r>
      <w:proofErr w:type="spellEnd"/>
      <w:r w:rsidRPr="00D813C8">
        <w:t xml:space="preserve"> </w:t>
      </w:r>
      <w:proofErr w:type="spellStart"/>
      <w:r w:rsidRPr="00D813C8">
        <w:t>aksidenteve</w:t>
      </w:r>
      <w:proofErr w:type="spellEnd"/>
      <w:r w:rsidRPr="00D813C8">
        <w:t xml:space="preserve">, </w:t>
      </w:r>
      <w:proofErr w:type="spellStart"/>
      <w:r w:rsidRPr="00D813C8">
        <w:t>si</w:t>
      </w:r>
      <w:proofErr w:type="spellEnd"/>
      <w:r w:rsidRPr="00D813C8">
        <w:t xml:space="preserve"> </w:t>
      </w:r>
      <w:proofErr w:type="spellStart"/>
      <w:r w:rsidRPr="00D813C8">
        <w:t>dhe</w:t>
      </w:r>
      <w:proofErr w:type="spellEnd"/>
      <w:r w:rsidRPr="00D813C8">
        <w:t xml:space="preserve"> </w:t>
      </w:r>
      <w:proofErr w:type="spellStart"/>
      <w:r w:rsidRPr="00D813C8">
        <w:t>reagimin</w:t>
      </w:r>
      <w:proofErr w:type="spellEnd"/>
      <w:r w:rsidRPr="00D813C8">
        <w:t xml:space="preserve"> e </w:t>
      </w:r>
      <w:proofErr w:type="spellStart"/>
      <w:r w:rsidRPr="00D813C8">
        <w:t>duhur</w:t>
      </w:r>
      <w:proofErr w:type="spellEnd"/>
      <w:r w:rsidRPr="00D813C8">
        <w:t xml:space="preserve"> </w:t>
      </w:r>
      <w:proofErr w:type="spellStart"/>
      <w:r w:rsidRPr="00D813C8">
        <w:t>mjekësor</w:t>
      </w:r>
      <w:proofErr w:type="spellEnd"/>
      <w:r w:rsidRPr="00D813C8">
        <w:t xml:space="preserve"> </w:t>
      </w:r>
      <w:proofErr w:type="spellStart"/>
      <w:r w:rsidRPr="00D813C8">
        <w:t>dhe</w:t>
      </w:r>
      <w:proofErr w:type="spellEnd"/>
      <w:r w:rsidRPr="00D813C8">
        <w:t xml:space="preserve"> </w:t>
      </w:r>
      <w:proofErr w:type="spellStart"/>
      <w:r w:rsidRPr="00D813C8">
        <w:t>ndjekjen</w:t>
      </w:r>
      <w:proofErr w:type="spellEnd"/>
      <w:r w:rsidRPr="00D813C8">
        <w:t xml:space="preserve"> pas </w:t>
      </w:r>
      <w:proofErr w:type="spellStart"/>
      <w:r w:rsidRPr="00D813C8">
        <w:t>lëndimit</w:t>
      </w:r>
      <w:proofErr w:type="spellEnd"/>
      <w:r w:rsidRPr="00D813C8">
        <w:t xml:space="preserve"> </w:t>
      </w:r>
      <w:proofErr w:type="spellStart"/>
      <w:r w:rsidRPr="00D813C8">
        <w:t>ose</w:t>
      </w:r>
      <w:proofErr w:type="spellEnd"/>
      <w:r w:rsidRPr="00D813C8">
        <w:t xml:space="preserve"> </w:t>
      </w:r>
      <w:proofErr w:type="spellStart"/>
      <w:r w:rsidRPr="00D813C8">
        <w:t>ekspozimit</w:t>
      </w:r>
      <w:proofErr w:type="spellEnd"/>
      <w:r w:rsidRPr="00D813C8">
        <w:t xml:space="preserve"> </w:t>
      </w:r>
      <w:proofErr w:type="spellStart"/>
      <w:r w:rsidRPr="00D813C8">
        <w:t>aksidental</w:t>
      </w:r>
      <w:proofErr w:type="spellEnd"/>
      <w:r w:rsidRPr="00D813C8">
        <w:t xml:space="preserve">. </w:t>
      </w:r>
      <w:r w:rsidRPr="00971095">
        <w:t>Ai</w:t>
      </w:r>
      <w:r w:rsidRPr="00D813C8">
        <w:t xml:space="preserve"> </w:t>
      </w:r>
      <w:proofErr w:type="spellStart"/>
      <w:r w:rsidRPr="00D813C8">
        <w:t>zbatohet</w:t>
      </w:r>
      <w:proofErr w:type="spellEnd"/>
      <w:r w:rsidRPr="00D813C8">
        <w:t xml:space="preserve"> </w:t>
      </w:r>
      <w:proofErr w:type="spellStart"/>
      <w:r w:rsidRPr="00D813C8">
        <w:t>për</w:t>
      </w:r>
      <w:proofErr w:type="spellEnd"/>
      <w:r w:rsidRPr="00D813C8">
        <w:t xml:space="preserve"> </w:t>
      </w:r>
      <w:proofErr w:type="spellStart"/>
      <w:r w:rsidRPr="00D813C8">
        <w:t>punëmarrësit</w:t>
      </w:r>
      <w:proofErr w:type="spellEnd"/>
      <w:r w:rsidRPr="00D813C8">
        <w:t xml:space="preserve"> </w:t>
      </w:r>
      <w:proofErr w:type="spellStart"/>
      <w:r w:rsidRPr="00D813C8">
        <w:t>dhe</w:t>
      </w:r>
      <w:proofErr w:type="spellEnd"/>
      <w:r w:rsidRPr="00D813C8">
        <w:t xml:space="preserve"> </w:t>
      </w:r>
      <w:proofErr w:type="spellStart"/>
      <w:r w:rsidRPr="00D813C8">
        <w:t>personat</w:t>
      </w:r>
      <w:proofErr w:type="spellEnd"/>
      <w:r w:rsidRPr="00D813C8">
        <w:t xml:space="preserve"> e </w:t>
      </w:r>
      <w:proofErr w:type="spellStart"/>
      <w:r w:rsidRPr="00D813C8">
        <w:t>tjerë</w:t>
      </w:r>
      <w:proofErr w:type="spellEnd"/>
      <w:r w:rsidRPr="00D813C8">
        <w:t xml:space="preserve"> </w:t>
      </w:r>
      <w:proofErr w:type="spellStart"/>
      <w:r w:rsidRPr="00D813C8">
        <w:t>që</w:t>
      </w:r>
      <w:proofErr w:type="spellEnd"/>
      <w:r w:rsidRPr="00D813C8">
        <w:t xml:space="preserve"> </w:t>
      </w:r>
      <w:proofErr w:type="spellStart"/>
      <w:r w:rsidRPr="00D813C8">
        <w:t>ushtrojnë</w:t>
      </w:r>
      <w:proofErr w:type="spellEnd"/>
      <w:r w:rsidRPr="00D813C8">
        <w:t xml:space="preserve"> </w:t>
      </w:r>
      <w:proofErr w:type="spellStart"/>
      <w:r w:rsidRPr="00D813C8">
        <w:t>veprimtari</w:t>
      </w:r>
      <w:proofErr w:type="spellEnd"/>
      <w:r w:rsidRPr="00D813C8">
        <w:t xml:space="preserve"> </w:t>
      </w:r>
      <w:proofErr w:type="spellStart"/>
      <w:r w:rsidRPr="00D813C8">
        <w:t>në</w:t>
      </w:r>
      <w:proofErr w:type="spellEnd"/>
      <w:r w:rsidRPr="00D813C8">
        <w:t xml:space="preserve"> </w:t>
      </w:r>
      <w:proofErr w:type="spellStart"/>
      <w:r w:rsidRPr="00D813C8">
        <w:t>sektorin</w:t>
      </w:r>
      <w:proofErr w:type="spellEnd"/>
      <w:r w:rsidRPr="00D813C8">
        <w:t xml:space="preserve"> </w:t>
      </w:r>
      <w:proofErr w:type="spellStart"/>
      <w:r w:rsidRPr="00D813C8">
        <w:t>spitalor</w:t>
      </w:r>
      <w:proofErr w:type="spellEnd"/>
      <w:r w:rsidRPr="00D813C8">
        <w:t xml:space="preserve"> </w:t>
      </w:r>
      <w:proofErr w:type="spellStart"/>
      <w:r w:rsidRPr="00D813C8">
        <w:t>dhe</w:t>
      </w:r>
      <w:proofErr w:type="spellEnd"/>
      <w:r w:rsidRPr="00D813C8">
        <w:t xml:space="preserve"> </w:t>
      </w:r>
      <w:proofErr w:type="spellStart"/>
      <w:r w:rsidRPr="00D813C8">
        <w:t>atë</w:t>
      </w:r>
      <w:proofErr w:type="spellEnd"/>
      <w:r w:rsidRPr="00D813C8">
        <w:t xml:space="preserve"> </w:t>
      </w:r>
      <w:proofErr w:type="spellStart"/>
      <w:r w:rsidRPr="00D813C8">
        <w:t>të</w:t>
      </w:r>
      <w:proofErr w:type="spellEnd"/>
      <w:r w:rsidRPr="00D813C8">
        <w:t xml:space="preserve"> </w:t>
      </w:r>
      <w:proofErr w:type="spellStart"/>
      <w:r w:rsidRPr="00D813C8">
        <w:t>kujdesit</w:t>
      </w:r>
      <w:proofErr w:type="spellEnd"/>
      <w:r w:rsidRPr="00D813C8">
        <w:t xml:space="preserve"> </w:t>
      </w:r>
      <w:proofErr w:type="spellStart"/>
      <w:r w:rsidRPr="00D813C8">
        <w:t>shëndetësor</w:t>
      </w:r>
      <w:proofErr w:type="spellEnd"/>
      <w:r w:rsidRPr="00D813C8">
        <w:t xml:space="preserve">, </w:t>
      </w:r>
      <w:proofErr w:type="spellStart"/>
      <w:r w:rsidRPr="00D813C8">
        <w:t>përfshirë</w:t>
      </w:r>
      <w:proofErr w:type="spellEnd"/>
      <w:r w:rsidRPr="00D813C8">
        <w:t xml:space="preserve"> </w:t>
      </w:r>
      <w:proofErr w:type="spellStart"/>
      <w:r w:rsidRPr="00D813C8">
        <w:t>studentët</w:t>
      </w:r>
      <w:proofErr w:type="spellEnd"/>
      <w:r w:rsidRPr="00D813C8">
        <w:t xml:space="preserve">, </w:t>
      </w:r>
      <w:proofErr w:type="spellStart"/>
      <w:r w:rsidRPr="00D813C8">
        <w:t>praktikantët</w:t>
      </w:r>
      <w:proofErr w:type="spellEnd"/>
      <w:r w:rsidRPr="00D813C8">
        <w:t xml:space="preserve"> </w:t>
      </w:r>
      <w:proofErr w:type="spellStart"/>
      <w:r w:rsidRPr="00D813C8">
        <w:t>dhe</w:t>
      </w:r>
      <w:proofErr w:type="spellEnd"/>
      <w:r w:rsidRPr="00D813C8">
        <w:t xml:space="preserve"> </w:t>
      </w:r>
      <w:proofErr w:type="spellStart"/>
      <w:r w:rsidRPr="00D813C8">
        <w:t>punëmarrësit</w:t>
      </w:r>
      <w:proofErr w:type="spellEnd"/>
      <w:r w:rsidRPr="00D813C8">
        <w:t xml:space="preserve"> e </w:t>
      </w:r>
      <w:proofErr w:type="spellStart"/>
      <w:r w:rsidRPr="00D813C8">
        <w:t>përkohshëm</w:t>
      </w:r>
      <w:proofErr w:type="spellEnd"/>
      <w:r w:rsidRPr="00D813C8">
        <w:t xml:space="preserve">, </w:t>
      </w:r>
      <w:proofErr w:type="spellStart"/>
      <w:r w:rsidRPr="00D813C8">
        <w:t>dhe</w:t>
      </w:r>
      <w:proofErr w:type="spellEnd"/>
      <w:r w:rsidRPr="00D813C8">
        <w:t xml:space="preserve"> </w:t>
      </w:r>
      <w:proofErr w:type="spellStart"/>
      <w:r w:rsidRPr="00D813C8">
        <w:t>kërkon</w:t>
      </w:r>
      <w:proofErr w:type="spellEnd"/>
      <w:r w:rsidRPr="00D813C8">
        <w:t xml:space="preserve"> </w:t>
      </w:r>
      <w:proofErr w:type="spellStart"/>
      <w:r w:rsidRPr="00D813C8">
        <w:t>që</w:t>
      </w:r>
      <w:proofErr w:type="spellEnd"/>
      <w:r w:rsidRPr="00D813C8">
        <w:t xml:space="preserve"> </w:t>
      </w:r>
      <w:proofErr w:type="spellStart"/>
      <w:r w:rsidRPr="00D813C8">
        <w:t>punëdhënësit</w:t>
      </w:r>
      <w:proofErr w:type="spellEnd"/>
      <w:r w:rsidRPr="00D813C8">
        <w:t xml:space="preserve"> </w:t>
      </w:r>
      <w:proofErr w:type="spellStart"/>
      <w:r w:rsidRPr="00D813C8">
        <w:t>të</w:t>
      </w:r>
      <w:proofErr w:type="spellEnd"/>
      <w:r w:rsidRPr="00D813C8">
        <w:t xml:space="preserve"> </w:t>
      </w:r>
      <w:proofErr w:type="spellStart"/>
      <w:r w:rsidRPr="00D813C8">
        <w:t>marrin</w:t>
      </w:r>
      <w:proofErr w:type="spellEnd"/>
      <w:r w:rsidRPr="00D813C8">
        <w:t xml:space="preserve"> </w:t>
      </w:r>
      <w:proofErr w:type="spellStart"/>
      <w:r w:rsidRPr="00D813C8">
        <w:t>masat</w:t>
      </w:r>
      <w:proofErr w:type="spellEnd"/>
      <w:r w:rsidRPr="00D813C8">
        <w:t xml:space="preserve"> e </w:t>
      </w:r>
      <w:proofErr w:type="spellStart"/>
      <w:r w:rsidRPr="00D813C8">
        <w:t>nevojshme</w:t>
      </w:r>
      <w:proofErr w:type="spellEnd"/>
      <w:r w:rsidRPr="00D813C8">
        <w:t xml:space="preserve"> </w:t>
      </w:r>
      <w:proofErr w:type="spellStart"/>
      <w:r w:rsidRPr="00D813C8">
        <w:t>edhe</w:t>
      </w:r>
      <w:proofErr w:type="spellEnd"/>
      <w:r w:rsidRPr="00D813C8">
        <w:t xml:space="preserve"> </w:t>
      </w:r>
      <w:proofErr w:type="spellStart"/>
      <w:r w:rsidRPr="00D813C8">
        <w:t>në</w:t>
      </w:r>
      <w:proofErr w:type="spellEnd"/>
      <w:r w:rsidRPr="00D813C8">
        <w:t xml:space="preserve"> </w:t>
      </w:r>
      <w:proofErr w:type="spellStart"/>
      <w:r w:rsidRPr="00D813C8">
        <w:t>lidhje</w:t>
      </w:r>
      <w:proofErr w:type="spellEnd"/>
      <w:r w:rsidRPr="00D813C8">
        <w:t xml:space="preserve"> me </w:t>
      </w:r>
      <w:proofErr w:type="spellStart"/>
      <w:r w:rsidRPr="00D813C8">
        <w:t>nënkontraktorët</w:t>
      </w:r>
      <w:proofErr w:type="spellEnd"/>
      <w:r w:rsidRPr="00D813C8">
        <w:t>.</w:t>
      </w:r>
    </w:p>
    <w:p w14:paraId="02C24E0E" w14:textId="77777777" w:rsidR="00D813C8" w:rsidRPr="00D813C8" w:rsidRDefault="00D813C8" w:rsidP="00D813C8">
      <w:pPr>
        <w:spacing w:after="160"/>
        <w:ind w:firstLine="397"/>
      </w:pPr>
      <w:proofErr w:type="spellStart"/>
      <w:r w:rsidRPr="00D813C8">
        <w:t>Një</w:t>
      </w:r>
      <w:proofErr w:type="spellEnd"/>
      <w:r w:rsidRPr="00D813C8">
        <w:t xml:space="preserve"> element </w:t>
      </w:r>
      <w:proofErr w:type="spellStart"/>
      <w:r w:rsidRPr="00971095">
        <w:t>qendror</w:t>
      </w:r>
      <w:proofErr w:type="spellEnd"/>
      <w:r w:rsidRPr="00D813C8">
        <w:t xml:space="preserve"> </w:t>
      </w:r>
      <w:proofErr w:type="spellStart"/>
      <w:r w:rsidRPr="00D813C8">
        <w:t>i</w:t>
      </w:r>
      <w:proofErr w:type="spellEnd"/>
      <w:r w:rsidRPr="00D813C8">
        <w:t xml:space="preserve"> </w:t>
      </w:r>
      <w:proofErr w:type="spellStart"/>
      <w:r w:rsidRPr="00D813C8">
        <w:t>projektaktit</w:t>
      </w:r>
      <w:proofErr w:type="spellEnd"/>
      <w:r w:rsidRPr="00D813C8">
        <w:t xml:space="preserve"> </w:t>
      </w:r>
      <w:proofErr w:type="spellStart"/>
      <w:r w:rsidRPr="00D813C8">
        <w:t>është</w:t>
      </w:r>
      <w:proofErr w:type="spellEnd"/>
      <w:r w:rsidRPr="00D813C8">
        <w:t xml:space="preserve"> </w:t>
      </w:r>
      <w:proofErr w:type="spellStart"/>
      <w:r w:rsidRPr="00D813C8">
        <w:t>vlerësimi</w:t>
      </w:r>
      <w:proofErr w:type="spellEnd"/>
      <w:r w:rsidRPr="00D813C8">
        <w:t xml:space="preserve"> </w:t>
      </w:r>
      <w:proofErr w:type="spellStart"/>
      <w:r w:rsidRPr="00D813C8">
        <w:t>sistematik</w:t>
      </w:r>
      <w:proofErr w:type="spellEnd"/>
      <w:r w:rsidRPr="00D813C8">
        <w:t xml:space="preserve"> </w:t>
      </w:r>
      <w:proofErr w:type="spellStart"/>
      <w:r w:rsidRPr="00D813C8">
        <w:t>i</w:t>
      </w:r>
      <w:proofErr w:type="spellEnd"/>
      <w:r w:rsidRPr="00D813C8">
        <w:t xml:space="preserve"> </w:t>
      </w:r>
      <w:proofErr w:type="spellStart"/>
      <w:r w:rsidRPr="00D813C8">
        <w:t>rreziqeve</w:t>
      </w:r>
      <w:proofErr w:type="spellEnd"/>
      <w:r w:rsidRPr="00D813C8">
        <w:t xml:space="preserve"> </w:t>
      </w:r>
      <w:proofErr w:type="spellStart"/>
      <w:r w:rsidRPr="00D813C8">
        <w:t>që</w:t>
      </w:r>
      <w:proofErr w:type="spellEnd"/>
      <w:r w:rsidRPr="00D813C8">
        <w:t xml:space="preserve"> </w:t>
      </w:r>
      <w:proofErr w:type="spellStart"/>
      <w:r w:rsidRPr="00D813C8">
        <w:t>lidhen</w:t>
      </w:r>
      <w:proofErr w:type="spellEnd"/>
      <w:r w:rsidRPr="00D813C8">
        <w:t xml:space="preserve"> me </w:t>
      </w:r>
      <w:proofErr w:type="spellStart"/>
      <w:r w:rsidRPr="00D813C8">
        <w:t>përdorimin</w:t>
      </w:r>
      <w:proofErr w:type="spellEnd"/>
      <w:r w:rsidRPr="00D813C8">
        <w:t xml:space="preserve"> e </w:t>
      </w:r>
      <w:proofErr w:type="spellStart"/>
      <w:r w:rsidRPr="00D813C8">
        <w:t>instrumenteve</w:t>
      </w:r>
      <w:proofErr w:type="spellEnd"/>
      <w:r w:rsidRPr="00D813C8">
        <w:t xml:space="preserve"> </w:t>
      </w:r>
      <w:proofErr w:type="spellStart"/>
      <w:r w:rsidRPr="00D813C8">
        <w:t>mjekësore</w:t>
      </w:r>
      <w:proofErr w:type="spellEnd"/>
      <w:r w:rsidRPr="00D813C8">
        <w:t xml:space="preserve"> </w:t>
      </w:r>
      <w:proofErr w:type="spellStart"/>
      <w:r w:rsidRPr="00D813C8">
        <w:t>të</w:t>
      </w:r>
      <w:proofErr w:type="spellEnd"/>
      <w:r w:rsidRPr="00D813C8">
        <w:t xml:space="preserve"> </w:t>
      </w:r>
      <w:proofErr w:type="spellStart"/>
      <w:r w:rsidRPr="00D813C8">
        <w:t>mprehta</w:t>
      </w:r>
      <w:proofErr w:type="spellEnd"/>
      <w:r w:rsidRPr="00D813C8">
        <w:t xml:space="preserve">. </w:t>
      </w:r>
      <w:proofErr w:type="spellStart"/>
      <w:r w:rsidRPr="00D813C8">
        <w:t>Punëdhënësit</w:t>
      </w:r>
      <w:proofErr w:type="spellEnd"/>
      <w:r w:rsidRPr="00D813C8">
        <w:t xml:space="preserve"> </w:t>
      </w:r>
      <w:proofErr w:type="spellStart"/>
      <w:r w:rsidRPr="00D813C8">
        <w:t>detyrohen</w:t>
      </w:r>
      <w:proofErr w:type="spellEnd"/>
      <w:r w:rsidRPr="00D813C8">
        <w:t xml:space="preserve"> </w:t>
      </w:r>
      <w:proofErr w:type="spellStart"/>
      <w:r w:rsidRPr="00D813C8">
        <w:t>të</w:t>
      </w:r>
      <w:proofErr w:type="spellEnd"/>
      <w:r w:rsidRPr="00D813C8">
        <w:t xml:space="preserve"> </w:t>
      </w:r>
      <w:proofErr w:type="spellStart"/>
      <w:r w:rsidRPr="00D813C8">
        <w:t>identifikojnë</w:t>
      </w:r>
      <w:proofErr w:type="spellEnd"/>
      <w:r w:rsidRPr="00D813C8">
        <w:t xml:space="preserve"> </w:t>
      </w:r>
      <w:proofErr w:type="spellStart"/>
      <w:r w:rsidRPr="00D813C8">
        <w:t>dhe</w:t>
      </w:r>
      <w:proofErr w:type="spellEnd"/>
      <w:r w:rsidRPr="00D813C8">
        <w:t xml:space="preserve"> </w:t>
      </w:r>
      <w:proofErr w:type="spellStart"/>
      <w:r w:rsidRPr="00D813C8">
        <w:t>vlerësojnë</w:t>
      </w:r>
      <w:proofErr w:type="spellEnd"/>
      <w:r w:rsidRPr="00D813C8">
        <w:t xml:space="preserve"> </w:t>
      </w:r>
      <w:proofErr w:type="spellStart"/>
      <w:r w:rsidRPr="00D813C8">
        <w:t>natyrën</w:t>
      </w:r>
      <w:proofErr w:type="spellEnd"/>
      <w:r w:rsidRPr="00D813C8">
        <w:t xml:space="preserve">, </w:t>
      </w:r>
      <w:proofErr w:type="spellStart"/>
      <w:r w:rsidRPr="00D813C8">
        <w:t>shkallën</w:t>
      </w:r>
      <w:proofErr w:type="spellEnd"/>
      <w:r w:rsidRPr="00D813C8">
        <w:t xml:space="preserve"> </w:t>
      </w:r>
      <w:proofErr w:type="spellStart"/>
      <w:r w:rsidRPr="00D813C8">
        <w:t>dhe</w:t>
      </w:r>
      <w:proofErr w:type="spellEnd"/>
      <w:r w:rsidRPr="00D813C8">
        <w:t xml:space="preserve"> </w:t>
      </w:r>
      <w:proofErr w:type="spellStart"/>
      <w:r w:rsidRPr="00D813C8">
        <w:t>kohëzgjatjen</w:t>
      </w:r>
      <w:proofErr w:type="spellEnd"/>
      <w:r w:rsidRPr="00D813C8">
        <w:t xml:space="preserve"> e </w:t>
      </w:r>
      <w:proofErr w:type="spellStart"/>
      <w:r w:rsidRPr="00D813C8">
        <w:t>ekspozimit</w:t>
      </w:r>
      <w:proofErr w:type="spellEnd"/>
      <w:r w:rsidRPr="00D813C8">
        <w:t xml:space="preserve">, duke </w:t>
      </w:r>
      <w:proofErr w:type="spellStart"/>
      <w:r w:rsidRPr="00D813C8">
        <w:t>marrë</w:t>
      </w:r>
      <w:proofErr w:type="spellEnd"/>
      <w:r w:rsidRPr="00D813C8">
        <w:t xml:space="preserve"> </w:t>
      </w:r>
      <w:proofErr w:type="spellStart"/>
      <w:r w:rsidRPr="00D813C8">
        <w:t>në</w:t>
      </w:r>
      <w:proofErr w:type="spellEnd"/>
      <w:r w:rsidRPr="00D813C8">
        <w:t xml:space="preserve"> </w:t>
      </w:r>
      <w:proofErr w:type="spellStart"/>
      <w:r w:rsidRPr="00D813C8">
        <w:t>konsideratë</w:t>
      </w:r>
      <w:proofErr w:type="spellEnd"/>
      <w:r w:rsidRPr="00D813C8">
        <w:t xml:space="preserve"> </w:t>
      </w:r>
      <w:proofErr w:type="spellStart"/>
      <w:r w:rsidRPr="00D813C8">
        <w:t>metodat</w:t>
      </w:r>
      <w:proofErr w:type="spellEnd"/>
      <w:r w:rsidRPr="00D813C8">
        <w:t xml:space="preserve"> e </w:t>
      </w:r>
      <w:proofErr w:type="spellStart"/>
      <w:r w:rsidRPr="00D813C8">
        <w:t>punës</w:t>
      </w:r>
      <w:proofErr w:type="spellEnd"/>
      <w:r w:rsidRPr="00D813C8">
        <w:t xml:space="preserve">, </w:t>
      </w:r>
      <w:proofErr w:type="spellStart"/>
      <w:r w:rsidRPr="00D813C8">
        <w:t>pajisjet</w:t>
      </w:r>
      <w:proofErr w:type="spellEnd"/>
      <w:r w:rsidRPr="00D813C8">
        <w:t xml:space="preserve">, </w:t>
      </w:r>
      <w:proofErr w:type="spellStart"/>
      <w:r w:rsidRPr="00D813C8">
        <w:t>organizimin</w:t>
      </w:r>
      <w:proofErr w:type="spellEnd"/>
      <w:r w:rsidRPr="00D813C8">
        <w:t xml:space="preserve"> e </w:t>
      </w:r>
      <w:proofErr w:type="spellStart"/>
      <w:r w:rsidRPr="00D813C8">
        <w:t>punës</w:t>
      </w:r>
      <w:proofErr w:type="spellEnd"/>
      <w:r w:rsidRPr="00D813C8">
        <w:t xml:space="preserve">, </w:t>
      </w:r>
      <w:proofErr w:type="spellStart"/>
      <w:r w:rsidRPr="00D813C8">
        <w:t>kualifikimin</w:t>
      </w:r>
      <w:proofErr w:type="spellEnd"/>
      <w:r w:rsidRPr="00D813C8">
        <w:t xml:space="preserve"> e </w:t>
      </w:r>
      <w:proofErr w:type="spellStart"/>
      <w:r w:rsidRPr="00D813C8">
        <w:t>punëmarrësve</w:t>
      </w:r>
      <w:proofErr w:type="spellEnd"/>
      <w:r w:rsidRPr="00D813C8">
        <w:t xml:space="preserve">, </w:t>
      </w:r>
      <w:proofErr w:type="spellStart"/>
      <w:r w:rsidRPr="00D813C8">
        <w:t>faktorët</w:t>
      </w:r>
      <w:proofErr w:type="spellEnd"/>
      <w:r w:rsidRPr="00D813C8">
        <w:t xml:space="preserve"> </w:t>
      </w:r>
      <w:proofErr w:type="spellStart"/>
      <w:r w:rsidRPr="00D813C8">
        <w:t>psikosocialë</w:t>
      </w:r>
      <w:proofErr w:type="spellEnd"/>
      <w:r w:rsidRPr="00D813C8">
        <w:t xml:space="preserve">, </w:t>
      </w:r>
      <w:proofErr w:type="spellStart"/>
      <w:r w:rsidRPr="00D813C8">
        <w:t>informacionin</w:t>
      </w:r>
      <w:proofErr w:type="spellEnd"/>
      <w:r w:rsidRPr="00D813C8">
        <w:t xml:space="preserve"> </w:t>
      </w:r>
      <w:proofErr w:type="spellStart"/>
      <w:r w:rsidRPr="00D813C8">
        <w:t>shkencor</w:t>
      </w:r>
      <w:proofErr w:type="spellEnd"/>
      <w:r w:rsidRPr="00D813C8">
        <w:t xml:space="preserve"> </w:t>
      </w:r>
      <w:proofErr w:type="spellStart"/>
      <w:r w:rsidRPr="00D813C8">
        <w:t>dhe</w:t>
      </w:r>
      <w:proofErr w:type="spellEnd"/>
      <w:r w:rsidRPr="00D813C8">
        <w:t xml:space="preserve"> </w:t>
      </w:r>
      <w:proofErr w:type="spellStart"/>
      <w:r w:rsidRPr="00D813C8">
        <w:t>teknik</w:t>
      </w:r>
      <w:proofErr w:type="spellEnd"/>
      <w:r w:rsidRPr="00D813C8">
        <w:t xml:space="preserve">, </w:t>
      </w:r>
      <w:proofErr w:type="spellStart"/>
      <w:r w:rsidRPr="00D813C8">
        <w:t>si</w:t>
      </w:r>
      <w:proofErr w:type="spellEnd"/>
      <w:r w:rsidRPr="00D813C8">
        <w:t xml:space="preserve"> </w:t>
      </w:r>
      <w:proofErr w:type="spellStart"/>
      <w:r w:rsidRPr="00D813C8">
        <w:t>dhe</w:t>
      </w:r>
      <w:proofErr w:type="spellEnd"/>
      <w:r w:rsidRPr="00D813C8">
        <w:t xml:space="preserve"> </w:t>
      </w:r>
      <w:proofErr w:type="spellStart"/>
      <w:r w:rsidRPr="00D813C8">
        <w:t>kategoritë</w:t>
      </w:r>
      <w:proofErr w:type="spellEnd"/>
      <w:r w:rsidRPr="00D813C8">
        <w:t xml:space="preserve"> </w:t>
      </w:r>
      <w:proofErr w:type="spellStart"/>
      <w:r w:rsidRPr="00D813C8">
        <w:t>veçanërisht</w:t>
      </w:r>
      <w:proofErr w:type="spellEnd"/>
      <w:r w:rsidRPr="00D813C8">
        <w:t xml:space="preserve"> </w:t>
      </w:r>
      <w:proofErr w:type="spellStart"/>
      <w:r w:rsidRPr="00D813C8">
        <w:t>të</w:t>
      </w:r>
      <w:proofErr w:type="spellEnd"/>
      <w:r w:rsidRPr="00D813C8">
        <w:t xml:space="preserve"> </w:t>
      </w:r>
      <w:proofErr w:type="spellStart"/>
      <w:r w:rsidRPr="00D813C8">
        <w:t>ekspozuara</w:t>
      </w:r>
      <w:proofErr w:type="spellEnd"/>
      <w:r w:rsidRPr="00D813C8">
        <w:t xml:space="preserve"> </w:t>
      </w:r>
      <w:proofErr w:type="spellStart"/>
      <w:r w:rsidRPr="00D813C8">
        <w:t>të</w:t>
      </w:r>
      <w:proofErr w:type="spellEnd"/>
      <w:r w:rsidRPr="00D813C8">
        <w:t xml:space="preserve"> </w:t>
      </w:r>
      <w:proofErr w:type="spellStart"/>
      <w:r w:rsidRPr="00D813C8">
        <w:t>punëmarrësve</w:t>
      </w:r>
      <w:proofErr w:type="spellEnd"/>
      <w:r w:rsidRPr="00D813C8">
        <w:t xml:space="preserve">. Kur </w:t>
      </w:r>
      <w:proofErr w:type="spellStart"/>
      <w:r w:rsidRPr="00D813C8">
        <w:t>identifikohen</w:t>
      </w:r>
      <w:proofErr w:type="spellEnd"/>
      <w:r w:rsidRPr="00D813C8">
        <w:t xml:space="preserve"> </w:t>
      </w:r>
      <w:proofErr w:type="spellStart"/>
      <w:r w:rsidRPr="00D813C8">
        <w:t>rreziqe</w:t>
      </w:r>
      <w:proofErr w:type="spellEnd"/>
      <w:r w:rsidRPr="00D813C8">
        <w:t xml:space="preserve">, </w:t>
      </w:r>
      <w:proofErr w:type="spellStart"/>
      <w:r w:rsidRPr="00D813C8">
        <w:t>ekspozimi</w:t>
      </w:r>
      <w:proofErr w:type="spellEnd"/>
      <w:r w:rsidRPr="00D813C8">
        <w:t xml:space="preserve"> </w:t>
      </w:r>
      <w:proofErr w:type="spellStart"/>
      <w:r w:rsidRPr="00D813C8">
        <w:t>duhet</w:t>
      </w:r>
      <w:proofErr w:type="spellEnd"/>
      <w:r w:rsidRPr="00D813C8">
        <w:t xml:space="preserve"> </w:t>
      </w:r>
      <w:proofErr w:type="spellStart"/>
      <w:r w:rsidRPr="00D813C8">
        <w:t>të</w:t>
      </w:r>
      <w:proofErr w:type="spellEnd"/>
      <w:r w:rsidRPr="00D813C8">
        <w:t xml:space="preserve"> </w:t>
      </w:r>
      <w:proofErr w:type="spellStart"/>
      <w:r w:rsidRPr="00D813C8">
        <w:t>eliminohet</w:t>
      </w:r>
      <w:proofErr w:type="spellEnd"/>
      <w:r w:rsidRPr="00D813C8">
        <w:t xml:space="preserve">, </w:t>
      </w:r>
      <w:proofErr w:type="spellStart"/>
      <w:r w:rsidRPr="00D813C8">
        <w:t>kur</w:t>
      </w:r>
      <w:proofErr w:type="spellEnd"/>
      <w:r w:rsidRPr="00D813C8">
        <w:t xml:space="preserve"> </w:t>
      </w:r>
      <w:proofErr w:type="spellStart"/>
      <w:r w:rsidRPr="00D813C8">
        <w:t>kjo</w:t>
      </w:r>
      <w:proofErr w:type="spellEnd"/>
      <w:r w:rsidRPr="00D813C8">
        <w:t xml:space="preserve"> </w:t>
      </w:r>
      <w:proofErr w:type="spellStart"/>
      <w:r w:rsidRPr="00D813C8">
        <w:t>është</w:t>
      </w:r>
      <w:proofErr w:type="spellEnd"/>
      <w:r w:rsidRPr="00D813C8">
        <w:t xml:space="preserve"> e </w:t>
      </w:r>
      <w:proofErr w:type="spellStart"/>
      <w:r w:rsidRPr="00D813C8">
        <w:t>mundur</w:t>
      </w:r>
      <w:proofErr w:type="spellEnd"/>
      <w:r w:rsidRPr="00D813C8">
        <w:t xml:space="preserve">, </w:t>
      </w:r>
      <w:proofErr w:type="spellStart"/>
      <w:r w:rsidRPr="00D813C8">
        <w:t>ose</w:t>
      </w:r>
      <w:proofErr w:type="spellEnd"/>
      <w:r w:rsidRPr="00D813C8">
        <w:t xml:space="preserve"> </w:t>
      </w:r>
      <w:proofErr w:type="spellStart"/>
      <w:r w:rsidRPr="00D813C8">
        <w:t>të</w:t>
      </w:r>
      <w:proofErr w:type="spellEnd"/>
      <w:r w:rsidRPr="00D813C8">
        <w:t xml:space="preserve"> </w:t>
      </w:r>
      <w:proofErr w:type="spellStart"/>
      <w:r w:rsidRPr="00D813C8">
        <w:t>reduktohet</w:t>
      </w:r>
      <w:proofErr w:type="spellEnd"/>
      <w:r w:rsidRPr="00D813C8">
        <w:t xml:space="preserve"> </w:t>
      </w:r>
      <w:proofErr w:type="spellStart"/>
      <w:r w:rsidRPr="00D813C8">
        <w:t>në</w:t>
      </w:r>
      <w:proofErr w:type="spellEnd"/>
      <w:r w:rsidRPr="00D813C8">
        <w:t xml:space="preserve"> </w:t>
      </w:r>
      <w:proofErr w:type="spellStart"/>
      <w:r w:rsidRPr="00D813C8">
        <w:t>nivelin</w:t>
      </w:r>
      <w:proofErr w:type="spellEnd"/>
      <w:r w:rsidRPr="00D813C8">
        <w:t xml:space="preserve"> </w:t>
      </w:r>
      <w:proofErr w:type="spellStart"/>
      <w:r w:rsidRPr="00D813C8">
        <w:t>më</w:t>
      </w:r>
      <w:proofErr w:type="spellEnd"/>
      <w:r w:rsidRPr="00D813C8">
        <w:t xml:space="preserve"> </w:t>
      </w:r>
      <w:proofErr w:type="spellStart"/>
      <w:r w:rsidRPr="00D813C8">
        <w:t>të</w:t>
      </w:r>
      <w:proofErr w:type="spellEnd"/>
      <w:r w:rsidRPr="00D813C8">
        <w:t xml:space="preserve"> </w:t>
      </w:r>
      <w:proofErr w:type="spellStart"/>
      <w:r w:rsidRPr="00D813C8">
        <w:t>ulët</w:t>
      </w:r>
      <w:proofErr w:type="spellEnd"/>
      <w:r w:rsidRPr="00D813C8">
        <w:t xml:space="preserve"> </w:t>
      </w:r>
      <w:proofErr w:type="spellStart"/>
      <w:r w:rsidRPr="00D813C8">
        <w:t>të</w:t>
      </w:r>
      <w:proofErr w:type="spellEnd"/>
      <w:r w:rsidRPr="00D813C8">
        <w:t xml:space="preserve"> </w:t>
      </w:r>
      <w:proofErr w:type="spellStart"/>
      <w:r w:rsidRPr="00D813C8">
        <w:t>arritshëm</w:t>
      </w:r>
      <w:proofErr w:type="spellEnd"/>
      <w:r w:rsidRPr="00D813C8">
        <w:t xml:space="preserve">, duke </w:t>
      </w:r>
      <w:proofErr w:type="spellStart"/>
      <w:r w:rsidRPr="00D813C8">
        <w:t>përfshirë</w:t>
      </w:r>
      <w:proofErr w:type="spellEnd"/>
      <w:r w:rsidRPr="00D813C8">
        <w:t xml:space="preserve"> </w:t>
      </w:r>
      <w:proofErr w:type="spellStart"/>
      <w:r w:rsidRPr="00D813C8">
        <w:t>përdorimin</w:t>
      </w:r>
      <w:proofErr w:type="spellEnd"/>
      <w:r w:rsidRPr="00D813C8">
        <w:t xml:space="preserve"> e </w:t>
      </w:r>
      <w:proofErr w:type="spellStart"/>
      <w:r w:rsidRPr="00D813C8">
        <w:t>pajisjeve</w:t>
      </w:r>
      <w:proofErr w:type="spellEnd"/>
      <w:r w:rsidRPr="00D813C8">
        <w:t xml:space="preserve"> </w:t>
      </w:r>
      <w:proofErr w:type="spellStart"/>
      <w:r w:rsidRPr="00D813C8">
        <w:t>më</w:t>
      </w:r>
      <w:proofErr w:type="spellEnd"/>
      <w:r w:rsidRPr="00D813C8">
        <w:t xml:space="preserve"> </w:t>
      </w:r>
      <w:proofErr w:type="spellStart"/>
      <w:r w:rsidRPr="00D813C8">
        <w:t>të</w:t>
      </w:r>
      <w:proofErr w:type="spellEnd"/>
      <w:r w:rsidRPr="00D813C8">
        <w:t xml:space="preserve"> </w:t>
      </w:r>
      <w:proofErr w:type="spellStart"/>
      <w:r w:rsidRPr="00D813C8">
        <w:t>sigurta</w:t>
      </w:r>
      <w:proofErr w:type="spellEnd"/>
      <w:r w:rsidRPr="00D813C8">
        <w:t xml:space="preserve">, </w:t>
      </w:r>
      <w:proofErr w:type="spellStart"/>
      <w:r w:rsidRPr="00D813C8">
        <w:t>procedurave</w:t>
      </w:r>
      <w:proofErr w:type="spellEnd"/>
      <w:r w:rsidRPr="00D813C8">
        <w:t xml:space="preserve"> </w:t>
      </w:r>
      <w:proofErr w:type="spellStart"/>
      <w:r w:rsidRPr="00D813C8">
        <w:t>të</w:t>
      </w:r>
      <w:proofErr w:type="spellEnd"/>
      <w:r w:rsidRPr="00D813C8">
        <w:t xml:space="preserve"> </w:t>
      </w:r>
      <w:proofErr w:type="spellStart"/>
      <w:r w:rsidRPr="00D813C8">
        <w:t>sigurta</w:t>
      </w:r>
      <w:proofErr w:type="spellEnd"/>
      <w:r w:rsidRPr="00D813C8">
        <w:t xml:space="preserve"> </w:t>
      </w:r>
      <w:proofErr w:type="spellStart"/>
      <w:r w:rsidRPr="00D813C8">
        <w:t>për</w:t>
      </w:r>
      <w:proofErr w:type="spellEnd"/>
      <w:r w:rsidRPr="00D813C8">
        <w:t xml:space="preserve"> </w:t>
      </w:r>
      <w:proofErr w:type="spellStart"/>
      <w:r w:rsidRPr="00D813C8">
        <w:t>trajtimin</w:t>
      </w:r>
      <w:proofErr w:type="spellEnd"/>
      <w:r w:rsidRPr="00D813C8">
        <w:t xml:space="preserve"> </w:t>
      </w:r>
      <w:proofErr w:type="spellStart"/>
      <w:r w:rsidRPr="00D813C8">
        <w:t>dhe</w:t>
      </w:r>
      <w:proofErr w:type="spellEnd"/>
      <w:r w:rsidRPr="00D813C8">
        <w:t xml:space="preserve"> </w:t>
      </w:r>
      <w:proofErr w:type="spellStart"/>
      <w:r w:rsidRPr="00D813C8">
        <w:t>asgjësimin</w:t>
      </w:r>
      <w:proofErr w:type="spellEnd"/>
      <w:r w:rsidRPr="00D813C8">
        <w:t xml:space="preserve"> e </w:t>
      </w:r>
      <w:proofErr w:type="spellStart"/>
      <w:r w:rsidRPr="00D813C8">
        <w:t>mbetjeve</w:t>
      </w:r>
      <w:proofErr w:type="spellEnd"/>
      <w:r w:rsidRPr="00D813C8">
        <w:t xml:space="preserve">, </w:t>
      </w:r>
      <w:proofErr w:type="spellStart"/>
      <w:r w:rsidRPr="00D813C8">
        <w:t>vendosjen</w:t>
      </w:r>
      <w:proofErr w:type="spellEnd"/>
      <w:r w:rsidRPr="00D813C8">
        <w:t xml:space="preserve"> e </w:t>
      </w:r>
      <w:proofErr w:type="spellStart"/>
      <w:r w:rsidRPr="00D813C8">
        <w:t>kontejnerëve</w:t>
      </w:r>
      <w:proofErr w:type="spellEnd"/>
      <w:r w:rsidRPr="00D813C8">
        <w:t xml:space="preserve"> </w:t>
      </w:r>
      <w:proofErr w:type="spellStart"/>
      <w:r w:rsidRPr="00D813C8">
        <w:t>të</w:t>
      </w:r>
      <w:proofErr w:type="spellEnd"/>
      <w:r w:rsidRPr="00D813C8">
        <w:t xml:space="preserve"> </w:t>
      </w:r>
      <w:proofErr w:type="spellStart"/>
      <w:r w:rsidRPr="00D813C8">
        <w:t>përshtatshëm</w:t>
      </w:r>
      <w:proofErr w:type="spellEnd"/>
      <w:r w:rsidRPr="00D813C8">
        <w:t xml:space="preserve">, </w:t>
      </w:r>
      <w:proofErr w:type="spellStart"/>
      <w:r w:rsidRPr="00D813C8">
        <w:t>mbikëqyrjen</w:t>
      </w:r>
      <w:proofErr w:type="spellEnd"/>
      <w:r w:rsidRPr="00D813C8">
        <w:t xml:space="preserve"> </w:t>
      </w:r>
      <w:proofErr w:type="spellStart"/>
      <w:r w:rsidRPr="00D813C8">
        <w:t>shëndetësore</w:t>
      </w:r>
      <w:proofErr w:type="spellEnd"/>
      <w:r w:rsidRPr="00D813C8">
        <w:t xml:space="preserve">, </w:t>
      </w:r>
      <w:proofErr w:type="spellStart"/>
      <w:r w:rsidRPr="00D813C8">
        <w:t>përdorimin</w:t>
      </w:r>
      <w:proofErr w:type="spellEnd"/>
      <w:r w:rsidRPr="00D813C8">
        <w:t xml:space="preserve"> e </w:t>
      </w:r>
      <w:proofErr w:type="spellStart"/>
      <w:r w:rsidRPr="00D813C8">
        <w:t>pajisjeve</w:t>
      </w:r>
      <w:proofErr w:type="spellEnd"/>
      <w:r w:rsidRPr="00D813C8">
        <w:t xml:space="preserve"> </w:t>
      </w:r>
      <w:proofErr w:type="spellStart"/>
      <w:r w:rsidRPr="00D813C8">
        <w:t>mbrojtëse</w:t>
      </w:r>
      <w:proofErr w:type="spellEnd"/>
      <w:r w:rsidRPr="00D813C8">
        <w:t xml:space="preserve"> </w:t>
      </w:r>
      <w:proofErr w:type="spellStart"/>
      <w:r w:rsidRPr="00D813C8">
        <w:t>individuale</w:t>
      </w:r>
      <w:proofErr w:type="spellEnd"/>
      <w:r w:rsidRPr="00D813C8">
        <w:t xml:space="preserve"> </w:t>
      </w:r>
      <w:proofErr w:type="spellStart"/>
      <w:r w:rsidRPr="00D813C8">
        <w:t>dhe</w:t>
      </w:r>
      <w:proofErr w:type="spellEnd"/>
      <w:r w:rsidRPr="00D813C8">
        <w:t xml:space="preserve">, </w:t>
      </w:r>
      <w:proofErr w:type="spellStart"/>
      <w:r w:rsidRPr="00D813C8">
        <w:t>sipas</w:t>
      </w:r>
      <w:proofErr w:type="spellEnd"/>
      <w:r w:rsidRPr="00D813C8">
        <w:t xml:space="preserve"> </w:t>
      </w:r>
      <w:proofErr w:type="spellStart"/>
      <w:r w:rsidRPr="00D813C8">
        <w:t>rastit</w:t>
      </w:r>
      <w:proofErr w:type="spellEnd"/>
      <w:r w:rsidRPr="00D813C8">
        <w:t xml:space="preserve">, </w:t>
      </w:r>
      <w:proofErr w:type="spellStart"/>
      <w:r w:rsidRPr="00D813C8">
        <w:t>vaksinimin</w:t>
      </w:r>
      <w:proofErr w:type="spellEnd"/>
      <w:r w:rsidRPr="00D813C8">
        <w:t>.</w:t>
      </w:r>
    </w:p>
    <w:p w14:paraId="73392FBF" w14:textId="77777777" w:rsidR="00D813C8" w:rsidRPr="00D813C8" w:rsidRDefault="00D813C8" w:rsidP="00D813C8">
      <w:pPr>
        <w:spacing w:after="160"/>
        <w:ind w:firstLine="397"/>
      </w:pPr>
      <w:proofErr w:type="spellStart"/>
      <w:r w:rsidRPr="00D813C8">
        <w:t>Projektakti</w:t>
      </w:r>
      <w:proofErr w:type="spellEnd"/>
      <w:r w:rsidRPr="00D813C8">
        <w:t xml:space="preserve"> </w:t>
      </w:r>
      <w:proofErr w:type="spellStart"/>
      <w:r w:rsidRPr="00D813C8">
        <w:t>forcon</w:t>
      </w:r>
      <w:proofErr w:type="spellEnd"/>
      <w:r w:rsidRPr="00D813C8">
        <w:t xml:space="preserve"> </w:t>
      </w:r>
      <w:proofErr w:type="spellStart"/>
      <w:r w:rsidRPr="00D813C8">
        <w:t>gjithashtu</w:t>
      </w:r>
      <w:proofErr w:type="spellEnd"/>
      <w:r w:rsidRPr="00D813C8">
        <w:t xml:space="preserve"> </w:t>
      </w:r>
      <w:proofErr w:type="spellStart"/>
      <w:r w:rsidRPr="00D813C8">
        <w:t>kërkesat</w:t>
      </w:r>
      <w:proofErr w:type="spellEnd"/>
      <w:r w:rsidRPr="00D813C8">
        <w:t xml:space="preserve"> </w:t>
      </w:r>
      <w:proofErr w:type="spellStart"/>
      <w:r w:rsidRPr="00D813C8">
        <w:t>për</w:t>
      </w:r>
      <w:proofErr w:type="spellEnd"/>
      <w:r w:rsidRPr="00D813C8">
        <w:t xml:space="preserve"> </w:t>
      </w:r>
      <w:proofErr w:type="spellStart"/>
      <w:r w:rsidRPr="00D813C8">
        <w:t>informim</w:t>
      </w:r>
      <w:proofErr w:type="spellEnd"/>
      <w:r w:rsidRPr="00D813C8">
        <w:t xml:space="preserve"> </w:t>
      </w:r>
      <w:proofErr w:type="spellStart"/>
      <w:r w:rsidRPr="00D813C8">
        <w:t>dhe</w:t>
      </w:r>
      <w:proofErr w:type="spellEnd"/>
      <w:r w:rsidRPr="00D813C8">
        <w:t xml:space="preserve"> </w:t>
      </w:r>
      <w:proofErr w:type="spellStart"/>
      <w:r w:rsidRPr="00D813C8">
        <w:t>trajnim</w:t>
      </w:r>
      <w:proofErr w:type="spellEnd"/>
      <w:r w:rsidRPr="00D813C8">
        <w:t xml:space="preserve"> </w:t>
      </w:r>
      <w:proofErr w:type="spellStart"/>
      <w:r w:rsidRPr="00D813C8">
        <w:t>dhe</w:t>
      </w:r>
      <w:proofErr w:type="spellEnd"/>
      <w:r w:rsidRPr="00D813C8">
        <w:t xml:space="preserve"> </w:t>
      </w:r>
      <w:proofErr w:type="spellStart"/>
      <w:r w:rsidRPr="00D813C8">
        <w:t>përcakton</w:t>
      </w:r>
      <w:proofErr w:type="spellEnd"/>
      <w:r w:rsidRPr="00D813C8">
        <w:t xml:space="preserve"> </w:t>
      </w:r>
      <w:proofErr w:type="spellStart"/>
      <w:r w:rsidRPr="00D813C8">
        <w:t>procedura</w:t>
      </w:r>
      <w:proofErr w:type="spellEnd"/>
      <w:r w:rsidRPr="00D813C8">
        <w:t xml:space="preserve"> </w:t>
      </w:r>
      <w:proofErr w:type="spellStart"/>
      <w:r w:rsidRPr="00D813C8">
        <w:t>për</w:t>
      </w:r>
      <w:proofErr w:type="spellEnd"/>
      <w:r w:rsidRPr="00D813C8">
        <w:t xml:space="preserve"> </w:t>
      </w:r>
      <w:proofErr w:type="spellStart"/>
      <w:r w:rsidRPr="00D813C8">
        <w:t>deklarimin</w:t>
      </w:r>
      <w:proofErr w:type="spellEnd"/>
      <w:r w:rsidRPr="00D813C8">
        <w:t xml:space="preserve">, </w:t>
      </w:r>
      <w:proofErr w:type="spellStart"/>
      <w:r w:rsidRPr="00D813C8">
        <w:t>regjistrimin</w:t>
      </w:r>
      <w:proofErr w:type="spellEnd"/>
      <w:r w:rsidRPr="00D813C8">
        <w:t xml:space="preserve">, </w:t>
      </w:r>
      <w:proofErr w:type="spellStart"/>
      <w:r w:rsidRPr="00D813C8">
        <w:t>raportimin</w:t>
      </w:r>
      <w:proofErr w:type="spellEnd"/>
      <w:r w:rsidRPr="00D813C8">
        <w:t xml:space="preserve">, </w:t>
      </w:r>
      <w:proofErr w:type="spellStart"/>
      <w:r w:rsidRPr="00D813C8">
        <w:t>hetimin</w:t>
      </w:r>
      <w:proofErr w:type="spellEnd"/>
      <w:r w:rsidRPr="00D813C8">
        <w:t xml:space="preserve"> </w:t>
      </w:r>
      <w:proofErr w:type="spellStart"/>
      <w:r w:rsidRPr="00D813C8">
        <w:t>dhe</w:t>
      </w:r>
      <w:proofErr w:type="spellEnd"/>
      <w:r w:rsidRPr="00D813C8">
        <w:t xml:space="preserve"> </w:t>
      </w:r>
      <w:proofErr w:type="spellStart"/>
      <w:r w:rsidRPr="00D813C8">
        <w:t>ndjekjen</w:t>
      </w:r>
      <w:proofErr w:type="spellEnd"/>
      <w:r w:rsidRPr="00D813C8">
        <w:t xml:space="preserve"> e </w:t>
      </w:r>
      <w:proofErr w:type="spellStart"/>
      <w:r w:rsidRPr="00D813C8">
        <w:t>incidenteve</w:t>
      </w:r>
      <w:proofErr w:type="spellEnd"/>
      <w:r w:rsidRPr="00D813C8">
        <w:t xml:space="preserve"> </w:t>
      </w:r>
      <w:proofErr w:type="spellStart"/>
      <w:r w:rsidRPr="00D813C8">
        <w:t>dhe</w:t>
      </w:r>
      <w:proofErr w:type="spellEnd"/>
      <w:r w:rsidRPr="00D813C8">
        <w:t xml:space="preserve"> </w:t>
      </w:r>
      <w:proofErr w:type="spellStart"/>
      <w:r w:rsidRPr="00D813C8">
        <w:t>aksidenteve</w:t>
      </w:r>
      <w:proofErr w:type="spellEnd"/>
      <w:r w:rsidRPr="00D813C8">
        <w:t xml:space="preserve">. Pas </w:t>
      </w:r>
      <w:proofErr w:type="spellStart"/>
      <w:r w:rsidRPr="00D813C8">
        <w:t>një</w:t>
      </w:r>
      <w:proofErr w:type="spellEnd"/>
      <w:r w:rsidRPr="00D813C8">
        <w:t xml:space="preserve"> </w:t>
      </w:r>
      <w:proofErr w:type="spellStart"/>
      <w:r w:rsidRPr="00D813C8">
        <w:t>lëndimi</w:t>
      </w:r>
      <w:proofErr w:type="spellEnd"/>
      <w:r w:rsidRPr="00D813C8">
        <w:t xml:space="preserve"> </w:t>
      </w:r>
      <w:proofErr w:type="spellStart"/>
      <w:r w:rsidRPr="00D813C8">
        <w:t>ose</w:t>
      </w:r>
      <w:proofErr w:type="spellEnd"/>
      <w:r w:rsidRPr="00D813C8">
        <w:t xml:space="preserve"> </w:t>
      </w:r>
      <w:proofErr w:type="spellStart"/>
      <w:r w:rsidRPr="00D813C8">
        <w:t>ekspozimi</w:t>
      </w:r>
      <w:proofErr w:type="spellEnd"/>
      <w:r w:rsidRPr="00D813C8">
        <w:t xml:space="preserve"> </w:t>
      </w:r>
      <w:proofErr w:type="spellStart"/>
      <w:r w:rsidRPr="00D813C8">
        <w:t>aksidental</w:t>
      </w:r>
      <w:proofErr w:type="spellEnd"/>
      <w:r w:rsidRPr="00D813C8">
        <w:t xml:space="preserve">, </w:t>
      </w:r>
      <w:proofErr w:type="spellStart"/>
      <w:r w:rsidRPr="00D813C8">
        <w:t>punëdhënësi</w:t>
      </w:r>
      <w:proofErr w:type="spellEnd"/>
      <w:r w:rsidRPr="00D813C8">
        <w:t xml:space="preserve"> </w:t>
      </w:r>
      <w:proofErr w:type="spellStart"/>
      <w:r w:rsidRPr="00D813C8">
        <w:t>është</w:t>
      </w:r>
      <w:proofErr w:type="spellEnd"/>
      <w:r w:rsidRPr="00D813C8">
        <w:t xml:space="preserve"> </w:t>
      </w:r>
      <w:proofErr w:type="spellStart"/>
      <w:r w:rsidRPr="00D813C8">
        <w:t>i</w:t>
      </w:r>
      <w:proofErr w:type="spellEnd"/>
      <w:r w:rsidRPr="00D813C8">
        <w:t xml:space="preserve"> </w:t>
      </w:r>
      <w:proofErr w:type="spellStart"/>
      <w:r w:rsidRPr="00D813C8">
        <w:t>detyruar</w:t>
      </w:r>
      <w:proofErr w:type="spellEnd"/>
      <w:r w:rsidRPr="00D813C8">
        <w:t xml:space="preserve"> </w:t>
      </w:r>
      <w:proofErr w:type="spellStart"/>
      <w:r w:rsidRPr="00D813C8">
        <w:t>të</w:t>
      </w:r>
      <w:proofErr w:type="spellEnd"/>
      <w:r w:rsidRPr="00D813C8">
        <w:t xml:space="preserve"> </w:t>
      </w:r>
      <w:proofErr w:type="spellStart"/>
      <w:r w:rsidRPr="00D813C8">
        <w:t>sigurojë</w:t>
      </w:r>
      <w:proofErr w:type="spellEnd"/>
      <w:r w:rsidRPr="00D813C8">
        <w:t xml:space="preserve"> </w:t>
      </w:r>
      <w:proofErr w:type="spellStart"/>
      <w:r w:rsidRPr="00D813C8">
        <w:t>asistencën</w:t>
      </w:r>
      <w:proofErr w:type="spellEnd"/>
      <w:r w:rsidRPr="00D813C8">
        <w:t xml:space="preserve"> e </w:t>
      </w:r>
      <w:proofErr w:type="spellStart"/>
      <w:r w:rsidRPr="00D813C8">
        <w:t>nevojshme</w:t>
      </w:r>
      <w:proofErr w:type="spellEnd"/>
      <w:r w:rsidRPr="00D813C8">
        <w:t xml:space="preserve">, </w:t>
      </w:r>
      <w:proofErr w:type="spellStart"/>
      <w:r w:rsidRPr="00D813C8">
        <w:t>vlerësimin</w:t>
      </w:r>
      <w:proofErr w:type="spellEnd"/>
      <w:r w:rsidRPr="00D813C8">
        <w:t xml:space="preserve"> </w:t>
      </w:r>
      <w:proofErr w:type="spellStart"/>
      <w:r w:rsidRPr="00D813C8">
        <w:t>mjekësor</w:t>
      </w:r>
      <w:proofErr w:type="spellEnd"/>
      <w:r w:rsidRPr="00D813C8">
        <w:t xml:space="preserve">, </w:t>
      </w:r>
      <w:proofErr w:type="spellStart"/>
      <w:r w:rsidRPr="00D813C8">
        <w:t>profilaksinë</w:t>
      </w:r>
      <w:proofErr w:type="spellEnd"/>
      <w:r w:rsidRPr="00D813C8">
        <w:t xml:space="preserve"> pas </w:t>
      </w:r>
      <w:proofErr w:type="spellStart"/>
      <w:r w:rsidRPr="00D813C8">
        <w:t>ekspozimit</w:t>
      </w:r>
      <w:proofErr w:type="spellEnd"/>
      <w:r w:rsidRPr="00D813C8">
        <w:t xml:space="preserve"> </w:t>
      </w:r>
      <w:proofErr w:type="spellStart"/>
      <w:r w:rsidRPr="00D813C8">
        <w:t>kur</w:t>
      </w:r>
      <w:proofErr w:type="spellEnd"/>
      <w:r w:rsidRPr="00D813C8">
        <w:t xml:space="preserve"> </w:t>
      </w:r>
      <w:proofErr w:type="spellStart"/>
      <w:r w:rsidRPr="00D813C8">
        <w:t>kjo</w:t>
      </w:r>
      <w:proofErr w:type="spellEnd"/>
      <w:r w:rsidRPr="00D813C8">
        <w:t xml:space="preserve"> </w:t>
      </w:r>
      <w:proofErr w:type="spellStart"/>
      <w:r w:rsidRPr="00D813C8">
        <w:t>kërkohet</w:t>
      </w:r>
      <w:proofErr w:type="spellEnd"/>
      <w:r w:rsidRPr="00D813C8">
        <w:t xml:space="preserve">, </w:t>
      </w:r>
      <w:proofErr w:type="spellStart"/>
      <w:r w:rsidRPr="00D813C8">
        <w:t>mbikëqyrjen</w:t>
      </w:r>
      <w:proofErr w:type="spellEnd"/>
      <w:r w:rsidRPr="00D813C8">
        <w:t xml:space="preserve"> </w:t>
      </w:r>
      <w:proofErr w:type="spellStart"/>
      <w:r w:rsidRPr="00D813C8">
        <w:t>shëndetësore</w:t>
      </w:r>
      <w:proofErr w:type="spellEnd"/>
      <w:r w:rsidRPr="00D813C8">
        <w:t xml:space="preserve">, </w:t>
      </w:r>
      <w:proofErr w:type="spellStart"/>
      <w:r w:rsidRPr="00D813C8">
        <w:t>si</w:t>
      </w:r>
      <w:proofErr w:type="spellEnd"/>
      <w:r w:rsidRPr="00D813C8">
        <w:t xml:space="preserve"> </w:t>
      </w:r>
      <w:proofErr w:type="spellStart"/>
      <w:r w:rsidRPr="00D813C8">
        <w:t>dhe</w:t>
      </w:r>
      <w:proofErr w:type="spellEnd"/>
      <w:r w:rsidRPr="00D813C8">
        <w:t xml:space="preserve"> </w:t>
      </w:r>
      <w:proofErr w:type="spellStart"/>
      <w:r w:rsidRPr="00D813C8">
        <w:t>masat</w:t>
      </w:r>
      <w:proofErr w:type="spellEnd"/>
      <w:r w:rsidRPr="00D813C8">
        <w:t xml:space="preserve"> </w:t>
      </w:r>
      <w:proofErr w:type="spellStart"/>
      <w:r w:rsidRPr="00D813C8">
        <w:t>korrigjuese</w:t>
      </w:r>
      <w:proofErr w:type="spellEnd"/>
      <w:r w:rsidRPr="00D813C8">
        <w:t xml:space="preserve"> </w:t>
      </w:r>
      <w:proofErr w:type="spellStart"/>
      <w:r w:rsidRPr="00D813C8">
        <w:t>dhe</w:t>
      </w:r>
      <w:proofErr w:type="spellEnd"/>
      <w:r w:rsidRPr="00D813C8">
        <w:t xml:space="preserve"> </w:t>
      </w:r>
      <w:proofErr w:type="spellStart"/>
      <w:r w:rsidRPr="00D813C8">
        <w:t>parandaluese</w:t>
      </w:r>
      <w:proofErr w:type="spellEnd"/>
      <w:r w:rsidRPr="00D813C8">
        <w:t xml:space="preserve"> </w:t>
      </w:r>
      <w:proofErr w:type="spellStart"/>
      <w:r w:rsidRPr="00D813C8">
        <w:t>të</w:t>
      </w:r>
      <w:proofErr w:type="spellEnd"/>
      <w:r w:rsidRPr="00D813C8">
        <w:t xml:space="preserve"> </w:t>
      </w:r>
      <w:proofErr w:type="spellStart"/>
      <w:r w:rsidRPr="00D813C8">
        <w:t>nevojshme</w:t>
      </w:r>
      <w:proofErr w:type="spellEnd"/>
      <w:r w:rsidRPr="00D813C8">
        <w:t xml:space="preserve">. </w:t>
      </w:r>
      <w:proofErr w:type="spellStart"/>
      <w:r w:rsidRPr="00D813C8">
        <w:t>Projektakti</w:t>
      </w:r>
      <w:proofErr w:type="spellEnd"/>
      <w:r w:rsidRPr="00D813C8">
        <w:t xml:space="preserve"> </w:t>
      </w:r>
      <w:proofErr w:type="spellStart"/>
      <w:r w:rsidRPr="00D813C8">
        <w:t>promovon</w:t>
      </w:r>
      <w:proofErr w:type="spellEnd"/>
      <w:r w:rsidRPr="00D813C8">
        <w:t xml:space="preserve"> </w:t>
      </w:r>
      <w:proofErr w:type="spellStart"/>
      <w:r w:rsidRPr="00D813C8">
        <w:t>gjithashtu</w:t>
      </w:r>
      <w:proofErr w:type="spellEnd"/>
      <w:r w:rsidRPr="00D813C8">
        <w:t xml:space="preserve"> </w:t>
      </w:r>
      <w:proofErr w:type="spellStart"/>
      <w:r w:rsidRPr="00D813C8">
        <w:t>kulturën</w:t>
      </w:r>
      <w:proofErr w:type="spellEnd"/>
      <w:r w:rsidRPr="00D813C8">
        <w:t xml:space="preserve"> e </w:t>
      </w:r>
      <w:proofErr w:type="spellStart"/>
      <w:r w:rsidRPr="00D813C8">
        <w:t>raportimit</w:t>
      </w:r>
      <w:proofErr w:type="spellEnd"/>
      <w:r w:rsidRPr="00D813C8">
        <w:t xml:space="preserve"> “pa </w:t>
      </w:r>
      <w:proofErr w:type="spellStart"/>
      <w:r w:rsidRPr="00D813C8">
        <w:t>fajësim</w:t>
      </w:r>
      <w:proofErr w:type="spellEnd"/>
      <w:r w:rsidRPr="00D813C8">
        <w:t xml:space="preserve">” (no blame), </w:t>
      </w:r>
      <w:proofErr w:type="spellStart"/>
      <w:r w:rsidRPr="00D813C8">
        <w:t>sipas</w:t>
      </w:r>
      <w:proofErr w:type="spellEnd"/>
      <w:r w:rsidRPr="00D813C8">
        <w:t xml:space="preserve"> </w:t>
      </w:r>
      <w:proofErr w:type="spellStart"/>
      <w:r w:rsidRPr="00D813C8">
        <w:t>së</w:t>
      </w:r>
      <w:proofErr w:type="spellEnd"/>
      <w:r w:rsidRPr="00D813C8">
        <w:t xml:space="preserve"> </w:t>
      </w:r>
      <w:proofErr w:type="spellStart"/>
      <w:r w:rsidRPr="00D813C8">
        <w:t>cilës</w:t>
      </w:r>
      <w:proofErr w:type="spellEnd"/>
      <w:r w:rsidRPr="00D813C8">
        <w:t xml:space="preserve"> </w:t>
      </w:r>
      <w:proofErr w:type="spellStart"/>
      <w:r w:rsidRPr="00D813C8">
        <w:t>incidentet</w:t>
      </w:r>
      <w:proofErr w:type="spellEnd"/>
      <w:r w:rsidRPr="00D813C8">
        <w:t xml:space="preserve"> </w:t>
      </w:r>
      <w:proofErr w:type="spellStart"/>
      <w:r w:rsidRPr="00D813C8">
        <w:t>përdoren</w:t>
      </w:r>
      <w:proofErr w:type="spellEnd"/>
      <w:r w:rsidRPr="00D813C8">
        <w:t xml:space="preserve"> </w:t>
      </w:r>
      <w:proofErr w:type="spellStart"/>
      <w:r w:rsidRPr="00D813C8">
        <w:t>për</w:t>
      </w:r>
      <w:proofErr w:type="spellEnd"/>
      <w:r w:rsidRPr="00D813C8">
        <w:t xml:space="preserve"> </w:t>
      </w:r>
      <w:proofErr w:type="spellStart"/>
      <w:r w:rsidRPr="00D813C8">
        <w:t>të</w:t>
      </w:r>
      <w:proofErr w:type="spellEnd"/>
      <w:r w:rsidRPr="00D813C8">
        <w:t xml:space="preserve"> </w:t>
      </w:r>
      <w:proofErr w:type="spellStart"/>
      <w:r w:rsidRPr="00D813C8">
        <w:lastRenderedPageBreak/>
        <w:t>identifikuar</w:t>
      </w:r>
      <w:proofErr w:type="spellEnd"/>
      <w:r w:rsidRPr="00D813C8">
        <w:t xml:space="preserve"> </w:t>
      </w:r>
      <w:proofErr w:type="spellStart"/>
      <w:r w:rsidRPr="00D813C8">
        <w:t>faktorët</w:t>
      </w:r>
      <w:proofErr w:type="spellEnd"/>
      <w:r w:rsidRPr="00D813C8">
        <w:t xml:space="preserve"> </w:t>
      </w:r>
      <w:proofErr w:type="spellStart"/>
      <w:r w:rsidRPr="00D813C8">
        <w:t>organizativë</w:t>
      </w:r>
      <w:proofErr w:type="spellEnd"/>
      <w:r w:rsidRPr="00D813C8">
        <w:t xml:space="preserve">, </w:t>
      </w:r>
      <w:proofErr w:type="spellStart"/>
      <w:r w:rsidRPr="00D813C8">
        <w:t>teknikë</w:t>
      </w:r>
      <w:proofErr w:type="spellEnd"/>
      <w:r w:rsidRPr="00D813C8">
        <w:t xml:space="preserve"> </w:t>
      </w:r>
      <w:proofErr w:type="spellStart"/>
      <w:r w:rsidRPr="00D813C8">
        <w:t>dhe</w:t>
      </w:r>
      <w:proofErr w:type="spellEnd"/>
      <w:r w:rsidRPr="00D813C8">
        <w:t xml:space="preserve"> </w:t>
      </w:r>
      <w:proofErr w:type="spellStart"/>
      <w:r w:rsidRPr="00D813C8">
        <w:t>sistemikë</w:t>
      </w:r>
      <w:proofErr w:type="spellEnd"/>
      <w:r w:rsidRPr="00D813C8">
        <w:t xml:space="preserve"> </w:t>
      </w:r>
      <w:proofErr w:type="spellStart"/>
      <w:r w:rsidRPr="00D813C8">
        <w:t>dhe</w:t>
      </w:r>
      <w:proofErr w:type="spellEnd"/>
      <w:r w:rsidRPr="00D813C8">
        <w:t xml:space="preserve"> </w:t>
      </w:r>
      <w:proofErr w:type="spellStart"/>
      <w:r w:rsidRPr="00D813C8">
        <w:t>për</w:t>
      </w:r>
      <w:proofErr w:type="spellEnd"/>
      <w:r w:rsidRPr="00D813C8">
        <w:t xml:space="preserve"> </w:t>
      </w:r>
      <w:proofErr w:type="spellStart"/>
      <w:r w:rsidRPr="00D813C8">
        <w:t>të</w:t>
      </w:r>
      <w:proofErr w:type="spellEnd"/>
      <w:r w:rsidRPr="00D813C8">
        <w:t xml:space="preserve"> </w:t>
      </w:r>
      <w:proofErr w:type="spellStart"/>
      <w:r w:rsidRPr="00D813C8">
        <w:t>përmirësuar</w:t>
      </w:r>
      <w:proofErr w:type="spellEnd"/>
      <w:r w:rsidRPr="00D813C8">
        <w:t xml:space="preserve"> </w:t>
      </w:r>
      <w:proofErr w:type="spellStart"/>
      <w:r w:rsidRPr="00D813C8">
        <w:t>masat</w:t>
      </w:r>
      <w:proofErr w:type="spellEnd"/>
      <w:r w:rsidRPr="00D813C8">
        <w:t xml:space="preserve"> </w:t>
      </w:r>
      <w:proofErr w:type="spellStart"/>
      <w:r w:rsidRPr="00D813C8">
        <w:t>parandaluese</w:t>
      </w:r>
      <w:proofErr w:type="spellEnd"/>
      <w:r w:rsidRPr="00D813C8">
        <w:t>.</w:t>
      </w:r>
    </w:p>
    <w:p w14:paraId="73E9A939" w14:textId="0497C78B" w:rsidR="00D813C8" w:rsidRPr="00D813C8" w:rsidRDefault="00D813C8" w:rsidP="00D813C8">
      <w:pPr>
        <w:spacing w:after="160"/>
        <w:ind w:firstLine="397"/>
      </w:pPr>
      <w:proofErr w:type="spellStart"/>
      <w:r w:rsidRPr="00D813C8">
        <w:t>Miratimi</w:t>
      </w:r>
      <w:proofErr w:type="spellEnd"/>
      <w:r w:rsidRPr="00D813C8">
        <w:t xml:space="preserve"> </w:t>
      </w:r>
      <w:proofErr w:type="spellStart"/>
      <w:r w:rsidRPr="00D813C8">
        <w:t>i</w:t>
      </w:r>
      <w:proofErr w:type="spellEnd"/>
      <w:r w:rsidRPr="00D813C8">
        <w:t xml:space="preserve"> </w:t>
      </w:r>
      <w:proofErr w:type="spellStart"/>
      <w:r w:rsidRPr="00D813C8">
        <w:t>këtij</w:t>
      </w:r>
      <w:proofErr w:type="spellEnd"/>
      <w:r w:rsidRPr="00D813C8">
        <w:t xml:space="preserve"> </w:t>
      </w:r>
      <w:proofErr w:type="spellStart"/>
      <w:r w:rsidRPr="00D813C8">
        <w:t>projekt</w:t>
      </w:r>
      <w:r w:rsidR="00CA7488">
        <w:t>urdhri</w:t>
      </w:r>
      <w:proofErr w:type="spellEnd"/>
      <w:r w:rsidRPr="00D813C8">
        <w:t xml:space="preserve"> </w:t>
      </w:r>
      <w:proofErr w:type="spellStart"/>
      <w:r w:rsidRPr="00D813C8">
        <w:t>kontribon</w:t>
      </w:r>
      <w:proofErr w:type="spellEnd"/>
      <w:r w:rsidRPr="00D813C8">
        <w:t xml:space="preserve"> </w:t>
      </w:r>
      <w:proofErr w:type="spellStart"/>
      <w:r w:rsidRPr="00D813C8">
        <w:t>drejtpërdrejt</w:t>
      </w:r>
      <w:proofErr w:type="spellEnd"/>
      <w:r w:rsidRPr="00D813C8">
        <w:t xml:space="preserve"> </w:t>
      </w:r>
      <w:proofErr w:type="spellStart"/>
      <w:r w:rsidRPr="00D813C8">
        <w:t>në</w:t>
      </w:r>
      <w:proofErr w:type="spellEnd"/>
      <w:r w:rsidRPr="00D813C8">
        <w:t xml:space="preserve"> </w:t>
      </w:r>
      <w:proofErr w:type="spellStart"/>
      <w:r w:rsidRPr="00D813C8">
        <w:t>përafrimin</w:t>
      </w:r>
      <w:proofErr w:type="spellEnd"/>
      <w:r w:rsidRPr="00D813C8">
        <w:t xml:space="preserve"> e </w:t>
      </w:r>
      <w:proofErr w:type="spellStart"/>
      <w:r w:rsidRPr="00D813C8">
        <w:t>legjislacionit</w:t>
      </w:r>
      <w:proofErr w:type="spellEnd"/>
      <w:r w:rsidRPr="00D813C8">
        <w:t xml:space="preserve"> </w:t>
      </w:r>
      <w:proofErr w:type="spellStart"/>
      <w:r w:rsidRPr="00D813C8">
        <w:t>shqiptar</w:t>
      </w:r>
      <w:proofErr w:type="spellEnd"/>
      <w:r w:rsidRPr="00D813C8">
        <w:t xml:space="preserve"> me acquis-in e </w:t>
      </w:r>
      <w:proofErr w:type="spellStart"/>
      <w:r w:rsidRPr="00D813C8">
        <w:t>Bashkimit</w:t>
      </w:r>
      <w:proofErr w:type="spellEnd"/>
      <w:r w:rsidRPr="00D813C8">
        <w:t xml:space="preserve"> </w:t>
      </w:r>
      <w:proofErr w:type="spellStart"/>
      <w:r w:rsidRPr="00D813C8">
        <w:t>Evropian</w:t>
      </w:r>
      <w:proofErr w:type="spellEnd"/>
      <w:r w:rsidRPr="00D813C8">
        <w:t xml:space="preserve"> </w:t>
      </w:r>
      <w:proofErr w:type="spellStart"/>
      <w:r w:rsidRPr="00D813C8">
        <w:t>në</w:t>
      </w:r>
      <w:proofErr w:type="spellEnd"/>
      <w:r w:rsidRPr="00D813C8">
        <w:t xml:space="preserve"> </w:t>
      </w:r>
      <w:proofErr w:type="spellStart"/>
      <w:r w:rsidRPr="00D813C8">
        <w:t>lidhje</w:t>
      </w:r>
      <w:proofErr w:type="spellEnd"/>
      <w:r w:rsidRPr="00D813C8">
        <w:t xml:space="preserve"> me </w:t>
      </w:r>
      <w:proofErr w:type="spellStart"/>
      <w:r w:rsidRPr="00D813C8">
        <w:t>parandalimin</w:t>
      </w:r>
      <w:proofErr w:type="spellEnd"/>
      <w:r w:rsidRPr="00D813C8">
        <w:t xml:space="preserve"> e </w:t>
      </w:r>
      <w:proofErr w:type="spellStart"/>
      <w:r w:rsidRPr="00D813C8">
        <w:t>lëndimeve</w:t>
      </w:r>
      <w:proofErr w:type="spellEnd"/>
      <w:r w:rsidRPr="00D813C8">
        <w:t xml:space="preserve"> </w:t>
      </w:r>
      <w:proofErr w:type="spellStart"/>
      <w:r w:rsidRPr="00D813C8">
        <w:t>nga</w:t>
      </w:r>
      <w:proofErr w:type="spellEnd"/>
      <w:r w:rsidRPr="00D813C8">
        <w:t xml:space="preserve"> </w:t>
      </w:r>
      <w:proofErr w:type="spellStart"/>
      <w:r w:rsidRPr="00D813C8">
        <w:t>mjetet</w:t>
      </w:r>
      <w:proofErr w:type="spellEnd"/>
      <w:r w:rsidRPr="00D813C8">
        <w:t xml:space="preserve"> e </w:t>
      </w:r>
      <w:proofErr w:type="spellStart"/>
      <w:r w:rsidRPr="00D813C8">
        <w:t>mprehta</w:t>
      </w:r>
      <w:proofErr w:type="spellEnd"/>
      <w:r w:rsidRPr="00D813C8">
        <w:t xml:space="preserve"> </w:t>
      </w:r>
      <w:proofErr w:type="spellStart"/>
      <w:r w:rsidRPr="00D813C8">
        <w:t>në</w:t>
      </w:r>
      <w:proofErr w:type="spellEnd"/>
      <w:r w:rsidRPr="00D813C8">
        <w:t xml:space="preserve"> </w:t>
      </w:r>
      <w:proofErr w:type="spellStart"/>
      <w:r w:rsidRPr="00D813C8">
        <w:t>sektorin</w:t>
      </w:r>
      <w:proofErr w:type="spellEnd"/>
      <w:r w:rsidRPr="00D813C8">
        <w:t xml:space="preserve"> </w:t>
      </w:r>
      <w:proofErr w:type="spellStart"/>
      <w:r w:rsidRPr="00D813C8">
        <w:t>spitalor</w:t>
      </w:r>
      <w:proofErr w:type="spellEnd"/>
      <w:r w:rsidRPr="00D813C8">
        <w:t xml:space="preserve"> </w:t>
      </w:r>
      <w:proofErr w:type="spellStart"/>
      <w:r w:rsidRPr="00D813C8">
        <w:t>dhe</w:t>
      </w:r>
      <w:proofErr w:type="spellEnd"/>
      <w:r w:rsidRPr="00D813C8">
        <w:t xml:space="preserve"> </w:t>
      </w:r>
      <w:proofErr w:type="spellStart"/>
      <w:r w:rsidRPr="00D813C8">
        <w:t>atë</w:t>
      </w:r>
      <w:proofErr w:type="spellEnd"/>
      <w:r w:rsidRPr="00D813C8">
        <w:t xml:space="preserve"> </w:t>
      </w:r>
      <w:proofErr w:type="spellStart"/>
      <w:r w:rsidRPr="00D813C8">
        <w:t>të</w:t>
      </w:r>
      <w:proofErr w:type="spellEnd"/>
      <w:r w:rsidRPr="00D813C8">
        <w:t xml:space="preserve"> </w:t>
      </w:r>
      <w:proofErr w:type="spellStart"/>
      <w:r w:rsidRPr="00D813C8">
        <w:t>kujdesit</w:t>
      </w:r>
      <w:proofErr w:type="spellEnd"/>
      <w:r w:rsidRPr="00D813C8">
        <w:t xml:space="preserve"> </w:t>
      </w:r>
      <w:proofErr w:type="spellStart"/>
      <w:r w:rsidRPr="00D813C8">
        <w:t>shëndetësor</w:t>
      </w:r>
      <w:proofErr w:type="spellEnd"/>
      <w:r w:rsidRPr="00D813C8">
        <w:t xml:space="preserve"> </w:t>
      </w:r>
      <w:proofErr w:type="spellStart"/>
      <w:r w:rsidRPr="00D813C8">
        <w:t>dhe</w:t>
      </w:r>
      <w:proofErr w:type="spellEnd"/>
      <w:r w:rsidRPr="00D813C8">
        <w:t xml:space="preserve">, </w:t>
      </w:r>
      <w:proofErr w:type="spellStart"/>
      <w:r w:rsidRPr="00D813C8">
        <w:t>në</w:t>
      </w:r>
      <w:proofErr w:type="spellEnd"/>
      <w:r w:rsidRPr="00D813C8">
        <w:t xml:space="preserve"> </w:t>
      </w:r>
      <w:proofErr w:type="spellStart"/>
      <w:r w:rsidRPr="00D813C8">
        <w:t>veçanti</w:t>
      </w:r>
      <w:proofErr w:type="spellEnd"/>
      <w:r w:rsidRPr="00D813C8">
        <w:t xml:space="preserve">, </w:t>
      </w:r>
      <w:proofErr w:type="spellStart"/>
      <w:r w:rsidRPr="00D813C8">
        <w:t>në</w:t>
      </w:r>
      <w:proofErr w:type="spellEnd"/>
      <w:r w:rsidRPr="00D813C8">
        <w:t xml:space="preserve"> </w:t>
      </w:r>
      <w:proofErr w:type="spellStart"/>
      <w:r w:rsidRPr="00D813C8">
        <w:t>transpozimin</w:t>
      </w:r>
      <w:proofErr w:type="spellEnd"/>
      <w:r w:rsidRPr="00D813C8">
        <w:t xml:space="preserve"> </w:t>
      </w:r>
      <w:proofErr w:type="spellStart"/>
      <w:r w:rsidRPr="00D813C8">
        <w:t>në</w:t>
      </w:r>
      <w:proofErr w:type="spellEnd"/>
      <w:r w:rsidRPr="00D813C8">
        <w:t xml:space="preserve"> </w:t>
      </w:r>
      <w:proofErr w:type="spellStart"/>
      <w:r w:rsidRPr="00D813C8">
        <w:t>legjislacionin</w:t>
      </w:r>
      <w:proofErr w:type="spellEnd"/>
      <w:r w:rsidRPr="00D813C8">
        <w:t xml:space="preserve"> </w:t>
      </w:r>
      <w:proofErr w:type="spellStart"/>
      <w:r w:rsidRPr="00D813C8">
        <w:t>kombëtar</w:t>
      </w:r>
      <w:proofErr w:type="spellEnd"/>
      <w:r w:rsidRPr="00D813C8">
        <w:t xml:space="preserve"> </w:t>
      </w:r>
      <w:proofErr w:type="spellStart"/>
      <w:r w:rsidRPr="00D813C8">
        <w:t>të</w:t>
      </w:r>
      <w:proofErr w:type="spellEnd"/>
      <w:r w:rsidRPr="00D813C8">
        <w:t xml:space="preserve"> </w:t>
      </w:r>
      <w:proofErr w:type="spellStart"/>
      <w:r w:rsidRPr="00D813C8">
        <w:t>parimeve</w:t>
      </w:r>
      <w:proofErr w:type="spellEnd"/>
      <w:r w:rsidRPr="00D813C8">
        <w:t xml:space="preserve"> </w:t>
      </w:r>
      <w:proofErr w:type="spellStart"/>
      <w:r w:rsidRPr="00D813C8">
        <w:t>dhe</w:t>
      </w:r>
      <w:proofErr w:type="spellEnd"/>
      <w:r w:rsidRPr="00D813C8">
        <w:t xml:space="preserve"> </w:t>
      </w:r>
      <w:proofErr w:type="spellStart"/>
      <w:r w:rsidRPr="00D813C8">
        <w:t>kërkesave</w:t>
      </w:r>
      <w:proofErr w:type="spellEnd"/>
      <w:r w:rsidRPr="00D813C8">
        <w:t xml:space="preserve"> </w:t>
      </w:r>
      <w:proofErr w:type="spellStart"/>
      <w:r w:rsidRPr="00D813C8">
        <w:t>të</w:t>
      </w:r>
      <w:proofErr w:type="spellEnd"/>
      <w:r w:rsidRPr="00D813C8">
        <w:t xml:space="preserve"> </w:t>
      </w:r>
      <w:proofErr w:type="spellStart"/>
      <w:r w:rsidRPr="00D813C8">
        <w:t>Direktivës</w:t>
      </w:r>
      <w:proofErr w:type="spellEnd"/>
      <w:r w:rsidRPr="00D813C8">
        <w:t xml:space="preserve"> </w:t>
      </w:r>
      <w:proofErr w:type="spellStart"/>
      <w:r w:rsidRPr="00D813C8">
        <w:t>së</w:t>
      </w:r>
      <w:proofErr w:type="spellEnd"/>
      <w:r w:rsidRPr="00D813C8">
        <w:t xml:space="preserve"> </w:t>
      </w:r>
      <w:proofErr w:type="spellStart"/>
      <w:r w:rsidRPr="00D813C8">
        <w:t>Këshillit</w:t>
      </w:r>
      <w:proofErr w:type="spellEnd"/>
      <w:r w:rsidRPr="00D813C8">
        <w:t xml:space="preserve"> 2010/32/BE. Ai </w:t>
      </w:r>
      <w:proofErr w:type="spellStart"/>
      <w:r w:rsidRPr="00D813C8">
        <w:t>kontribuon</w:t>
      </w:r>
      <w:proofErr w:type="spellEnd"/>
      <w:r w:rsidRPr="00D813C8">
        <w:t xml:space="preserve"> </w:t>
      </w:r>
      <w:proofErr w:type="spellStart"/>
      <w:r w:rsidRPr="00D813C8">
        <w:t>gjithashtu</w:t>
      </w:r>
      <w:proofErr w:type="spellEnd"/>
      <w:r w:rsidRPr="00D813C8">
        <w:t xml:space="preserve"> </w:t>
      </w:r>
      <w:proofErr w:type="spellStart"/>
      <w:r w:rsidRPr="00D813C8">
        <w:t>në</w:t>
      </w:r>
      <w:proofErr w:type="spellEnd"/>
      <w:r w:rsidRPr="00D813C8">
        <w:t xml:space="preserve"> </w:t>
      </w:r>
      <w:proofErr w:type="spellStart"/>
      <w:r w:rsidRPr="00D813C8">
        <w:t>përmbushjen</w:t>
      </w:r>
      <w:proofErr w:type="spellEnd"/>
      <w:r w:rsidRPr="00D813C8">
        <w:t xml:space="preserve"> e </w:t>
      </w:r>
      <w:proofErr w:type="spellStart"/>
      <w:r w:rsidRPr="00D813C8">
        <w:t>angazhimeve</w:t>
      </w:r>
      <w:proofErr w:type="spellEnd"/>
      <w:r w:rsidRPr="00D813C8">
        <w:t xml:space="preserve"> </w:t>
      </w:r>
      <w:proofErr w:type="spellStart"/>
      <w:r w:rsidRPr="00D813C8">
        <w:t>të</w:t>
      </w:r>
      <w:proofErr w:type="spellEnd"/>
      <w:r w:rsidRPr="00D813C8">
        <w:t xml:space="preserve"> </w:t>
      </w:r>
      <w:proofErr w:type="spellStart"/>
      <w:r w:rsidRPr="00D813C8">
        <w:t>përcaktuara</w:t>
      </w:r>
      <w:proofErr w:type="spellEnd"/>
      <w:r w:rsidRPr="00D813C8">
        <w:t xml:space="preserve"> </w:t>
      </w:r>
      <w:proofErr w:type="spellStart"/>
      <w:r w:rsidRPr="00D813C8">
        <w:t>në</w:t>
      </w:r>
      <w:proofErr w:type="spellEnd"/>
      <w:r w:rsidRPr="00D813C8">
        <w:t xml:space="preserve"> </w:t>
      </w:r>
      <w:proofErr w:type="spellStart"/>
      <w:r w:rsidRPr="00D813C8">
        <w:t>Pozicionin</w:t>
      </w:r>
      <w:proofErr w:type="spellEnd"/>
      <w:r w:rsidRPr="00D813C8">
        <w:t xml:space="preserve"> </w:t>
      </w:r>
      <w:proofErr w:type="spellStart"/>
      <w:r w:rsidRPr="00D813C8">
        <w:t>Negociues</w:t>
      </w:r>
      <w:proofErr w:type="spellEnd"/>
      <w:r w:rsidRPr="00D813C8">
        <w:t xml:space="preserve"> </w:t>
      </w:r>
      <w:proofErr w:type="spellStart"/>
      <w:r w:rsidRPr="00D813C8">
        <w:t>të</w:t>
      </w:r>
      <w:proofErr w:type="spellEnd"/>
      <w:r w:rsidRPr="00D813C8">
        <w:t xml:space="preserve"> </w:t>
      </w:r>
      <w:proofErr w:type="spellStart"/>
      <w:r w:rsidRPr="00D813C8">
        <w:t>Republikës</w:t>
      </w:r>
      <w:proofErr w:type="spellEnd"/>
      <w:r w:rsidRPr="00D813C8">
        <w:t xml:space="preserve"> </w:t>
      </w:r>
      <w:proofErr w:type="spellStart"/>
      <w:r w:rsidRPr="00D813C8">
        <w:t>së</w:t>
      </w:r>
      <w:proofErr w:type="spellEnd"/>
      <w:r w:rsidRPr="00D813C8">
        <w:t xml:space="preserve"> </w:t>
      </w:r>
      <w:proofErr w:type="spellStart"/>
      <w:r w:rsidRPr="00D813C8">
        <w:t>Shqipërisë</w:t>
      </w:r>
      <w:proofErr w:type="spellEnd"/>
      <w:r w:rsidRPr="00D813C8">
        <w:t xml:space="preserve"> </w:t>
      </w:r>
      <w:proofErr w:type="spellStart"/>
      <w:r w:rsidRPr="00D813C8">
        <w:t>për</w:t>
      </w:r>
      <w:proofErr w:type="spellEnd"/>
      <w:r w:rsidRPr="00D813C8">
        <w:t xml:space="preserve"> </w:t>
      </w:r>
      <w:proofErr w:type="spellStart"/>
      <w:r w:rsidRPr="00D813C8">
        <w:t>Grupkapitullin</w:t>
      </w:r>
      <w:proofErr w:type="spellEnd"/>
      <w:r w:rsidRPr="00D813C8">
        <w:t xml:space="preserve"> III “</w:t>
      </w:r>
      <w:proofErr w:type="spellStart"/>
      <w:r w:rsidRPr="00D813C8">
        <w:t>Konkurrueshmëria</w:t>
      </w:r>
      <w:proofErr w:type="spellEnd"/>
      <w:r w:rsidRPr="00D813C8">
        <w:t xml:space="preserve"> </w:t>
      </w:r>
      <w:proofErr w:type="spellStart"/>
      <w:r w:rsidRPr="00D813C8">
        <w:t>dhe</w:t>
      </w:r>
      <w:proofErr w:type="spellEnd"/>
      <w:r w:rsidRPr="00D813C8">
        <w:t xml:space="preserve"> </w:t>
      </w:r>
      <w:proofErr w:type="spellStart"/>
      <w:r w:rsidRPr="00D813C8">
        <w:t>Rritja</w:t>
      </w:r>
      <w:proofErr w:type="spellEnd"/>
      <w:r w:rsidRPr="00D813C8">
        <w:t xml:space="preserve"> </w:t>
      </w:r>
      <w:proofErr w:type="spellStart"/>
      <w:r w:rsidRPr="00D813C8">
        <w:t>Gjithëpërfshirëse</w:t>
      </w:r>
      <w:proofErr w:type="spellEnd"/>
      <w:r w:rsidRPr="00D813C8">
        <w:t xml:space="preserve">”, </w:t>
      </w:r>
      <w:proofErr w:type="spellStart"/>
      <w:r w:rsidRPr="00D813C8">
        <w:t>në</w:t>
      </w:r>
      <w:proofErr w:type="spellEnd"/>
      <w:r w:rsidRPr="00D813C8">
        <w:t xml:space="preserve"> </w:t>
      </w:r>
      <w:proofErr w:type="spellStart"/>
      <w:r w:rsidRPr="00D813C8">
        <w:t>kuadër</w:t>
      </w:r>
      <w:proofErr w:type="spellEnd"/>
      <w:r w:rsidRPr="00D813C8">
        <w:t xml:space="preserve"> </w:t>
      </w:r>
      <w:proofErr w:type="spellStart"/>
      <w:r w:rsidRPr="00D813C8">
        <w:t>të</w:t>
      </w:r>
      <w:proofErr w:type="spellEnd"/>
      <w:r w:rsidRPr="00D813C8">
        <w:t xml:space="preserve"> </w:t>
      </w:r>
      <w:proofErr w:type="spellStart"/>
      <w:r w:rsidRPr="00D813C8">
        <w:t>Kapitullit</w:t>
      </w:r>
      <w:proofErr w:type="spellEnd"/>
      <w:r w:rsidRPr="00D813C8">
        <w:t xml:space="preserve"> 19 “</w:t>
      </w:r>
      <w:proofErr w:type="spellStart"/>
      <w:r w:rsidRPr="00D813C8">
        <w:t>Politikat</w:t>
      </w:r>
      <w:proofErr w:type="spellEnd"/>
      <w:r w:rsidRPr="00D813C8">
        <w:t xml:space="preserve"> Sociale </w:t>
      </w:r>
      <w:proofErr w:type="spellStart"/>
      <w:r w:rsidRPr="00D813C8">
        <w:t>dhe</w:t>
      </w:r>
      <w:proofErr w:type="spellEnd"/>
      <w:r w:rsidRPr="00D813C8">
        <w:t xml:space="preserve"> </w:t>
      </w:r>
      <w:proofErr w:type="spellStart"/>
      <w:r w:rsidRPr="00D813C8">
        <w:t>Punësimi</w:t>
      </w:r>
      <w:proofErr w:type="spellEnd"/>
      <w:r w:rsidRPr="00D813C8">
        <w:t xml:space="preserve">”, </w:t>
      </w:r>
      <w:proofErr w:type="spellStart"/>
      <w:r w:rsidRPr="00D813C8">
        <w:t>si</w:t>
      </w:r>
      <w:proofErr w:type="spellEnd"/>
      <w:r w:rsidRPr="00D813C8">
        <w:t xml:space="preserve"> </w:t>
      </w:r>
      <w:proofErr w:type="spellStart"/>
      <w:r w:rsidRPr="00D813C8">
        <w:t>dhe</w:t>
      </w:r>
      <w:proofErr w:type="spellEnd"/>
      <w:r w:rsidRPr="00D813C8">
        <w:t xml:space="preserve"> </w:t>
      </w:r>
      <w:proofErr w:type="spellStart"/>
      <w:r w:rsidRPr="00D813C8">
        <w:t>në</w:t>
      </w:r>
      <w:proofErr w:type="spellEnd"/>
      <w:r w:rsidRPr="00D813C8">
        <w:t xml:space="preserve"> </w:t>
      </w:r>
      <w:proofErr w:type="spellStart"/>
      <w:r w:rsidRPr="00D813C8">
        <w:t>përmbushjen</w:t>
      </w:r>
      <w:proofErr w:type="spellEnd"/>
      <w:r w:rsidRPr="00D813C8">
        <w:t xml:space="preserve"> e </w:t>
      </w:r>
      <w:proofErr w:type="spellStart"/>
      <w:r w:rsidRPr="00D813C8">
        <w:t>Kusht</w:t>
      </w:r>
      <w:r w:rsidR="006A201B">
        <w:t>ittw</w:t>
      </w:r>
      <w:proofErr w:type="spellEnd"/>
      <w:r w:rsidR="006A201B">
        <w:t xml:space="preserve"> </w:t>
      </w:r>
      <w:proofErr w:type="spellStart"/>
      <w:r w:rsidR="006A201B">
        <w:t>Parw</w:t>
      </w:r>
      <w:proofErr w:type="spellEnd"/>
      <w:r w:rsidRPr="00D813C8">
        <w:t xml:space="preserve"> </w:t>
      </w:r>
      <w:proofErr w:type="spellStart"/>
      <w:r w:rsidRPr="00D813C8">
        <w:t>të</w:t>
      </w:r>
      <w:proofErr w:type="spellEnd"/>
      <w:r w:rsidRPr="00D813C8">
        <w:t xml:space="preserve"> </w:t>
      </w:r>
      <w:proofErr w:type="spellStart"/>
      <w:r w:rsidRPr="00D813C8">
        <w:t>Mbylljes</w:t>
      </w:r>
      <w:proofErr w:type="spellEnd"/>
      <w:r w:rsidRPr="00D813C8">
        <w:t xml:space="preserve"> </w:t>
      </w:r>
      <w:proofErr w:type="spellStart"/>
      <w:r w:rsidRPr="00D813C8">
        <w:t>së</w:t>
      </w:r>
      <w:proofErr w:type="spellEnd"/>
      <w:r w:rsidRPr="00D813C8">
        <w:t xml:space="preserve"> </w:t>
      </w:r>
      <w:proofErr w:type="spellStart"/>
      <w:r w:rsidRPr="00D813C8">
        <w:t>këtij</w:t>
      </w:r>
      <w:proofErr w:type="spellEnd"/>
      <w:r w:rsidRPr="00D813C8">
        <w:t xml:space="preserve"> </w:t>
      </w:r>
      <w:proofErr w:type="spellStart"/>
      <w:r w:rsidRPr="00D813C8">
        <w:t>kapitulli</w:t>
      </w:r>
      <w:proofErr w:type="spellEnd"/>
      <w:r w:rsidRPr="00D813C8">
        <w:t xml:space="preserve">, </w:t>
      </w:r>
      <w:proofErr w:type="spellStart"/>
      <w:r w:rsidRPr="00D813C8">
        <w:t>të</w:t>
      </w:r>
      <w:proofErr w:type="spellEnd"/>
      <w:r w:rsidRPr="00D813C8">
        <w:t xml:space="preserve"> </w:t>
      </w:r>
      <w:proofErr w:type="spellStart"/>
      <w:r w:rsidRPr="00D813C8">
        <w:t>përcaktuara</w:t>
      </w:r>
      <w:proofErr w:type="spellEnd"/>
      <w:r w:rsidRPr="00D813C8">
        <w:t xml:space="preserve"> </w:t>
      </w:r>
      <w:proofErr w:type="spellStart"/>
      <w:r w:rsidRPr="00D813C8">
        <w:t>në</w:t>
      </w:r>
      <w:proofErr w:type="spellEnd"/>
      <w:r w:rsidRPr="00D813C8">
        <w:t xml:space="preserve"> </w:t>
      </w:r>
      <w:proofErr w:type="spellStart"/>
      <w:r w:rsidRPr="00D813C8">
        <w:t>Pozicionin</w:t>
      </w:r>
      <w:proofErr w:type="spellEnd"/>
      <w:r w:rsidRPr="00D813C8">
        <w:t xml:space="preserve"> e </w:t>
      </w:r>
      <w:proofErr w:type="spellStart"/>
      <w:r w:rsidRPr="00D813C8">
        <w:t>Përbashkët</w:t>
      </w:r>
      <w:proofErr w:type="spellEnd"/>
      <w:r w:rsidRPr="00D813C8">
        <w:t xml:space="preserve"> </w:t>
      </w:r>
      <w:proofErr w:type="spellStart"/>
      <w:r w:rsidRPr="00D813C8">
        <w:t>të</w:t>
      </w:r>
      <w:proofErr w:type="spellEnd"/>
      <w:r w:rsidRPr="00D813C8">
        <w:t xml:space="preserve"> </w:t>
      </w:r>
      <w:proofErr w:type="spellStart"/>
      <w:r w:rsidRPr="00D813C8">
        <w:t>Bashkimit</w:t>
      </w:r>
      <w:proofErr w:type="spellEnd"/>
      <w:r w:rsidRPr="00D813C8">
        <w:t xml:space="preserve"> </w:t>
      </w:r>
      <w:proofErr w:type="spellStart"/>
      <w:r w:rsidRPr="00D813C8">
        <w:t>Evropian</w:t>
      </w:r>
      <w:proofErr w:type="spellEnd"/>
      <w:r w:rsidRPr="00D813C8">
        <w:t xml:space="preserve"> </w:t>
      </w:r>
      <w:proofErr w:type="spellStart"/>
      <w:r w:rsidRPr="00D813C8">
        <w:t>për</w:t>
      </w:r>
      <w:proofErr w:type="spellEnd"/>
      <w:r w:rsidRPr="00D813C8">
        <w:t xml:space="preserve"> </w:t>
      </w:r>
      <w:proofErr w:type="spellStart"/>
      <w:r w:rsidRPr="00D813C8">
        <w:t>Grupkapitullin</w:t>
      </w:r>
      <w:proofErr w:type="spellEnd"/>
      <w:r w:rsidRPr="00D813C8">
        <w:t xml:space="preserve"> III, </w:t>
      </w:r>
      <w:proofErr w:type="spellStart"/>
      <w:r w:rsidRPr="00D813C8">
        <w:t>miratuar</w:t>
      </w:r>
      <w:proofErr w:type="spellEnd"/>
      <w:r w:rsidRPr="00D813C8">
        <w:t xml:space="preserve"> </w:t>
      </w:r>
      <w:proofErr w:type="spellStart"/>
      <w:r w:rsidRPr="00D813C8">
        <w:t>më</w:t>
      </w:r>
      <w:proofErr w:type="spellEnd"/>
      <w:r w:rsidRPr="00D813C8">
        <w:t xml:space="preserve"> 8.05.2025.</w:t>
      </w:r>
    </w:p>
    <w:p w14:paraId="660DE3C5" w14:textId="082F108B" w:rsidR="00D813C8" w:rsidRPr="00D813C8" w:rsidRDefault="00D813C8" w:rsidP="00D813C8">
      <w:pPr>
        <w:spacing w:after="160"/>
        <w:ind w:firstLine="397"/>
      </w:pPr>
      <w:proofErr w:type="spellStart"/>
      <w:r w:rsidRPr="00D813C8">
        <w:t>Në</w:t>
      </w:r>
      <w:proofErr w:type="spellEnd"/>
      <w:r w:rsidRPr="00D813C8">
        <w:t xml:space="preserve"> </w:t>
      </w:r>
      <w:proofErr w:type="spellStart"/>
      <w:r w:rsidRPr="00D813C8">
        <w:t>këtë</w:t>
      </w:r>
      <w:proofErr w:type="spellEnd"/>
      <w:r w:rsidRPr="00D813C8">
        <w:t xml:space="preserve"> </w:t>
      </w:r>
      <w:proofErr w:type="spellStart"/>
      <w:r w:rsidRPr="00D813C8">
        <w:t>mënyrë</w:t>
      </w:r>
      <w:proofErr w:type="spellEnd"/>
      <w:r w:rsidRPr="00D813C8">
        <w:t xml:space="preserve">, </w:t>
      </w:r>
      <w:proofErr w:type="spellStart"/>
      <w:r w:rsidRPr="00D813C8">
        <w:t>projektvendimi</w:t>
      </w:r>
      <w:proofErr w:type="spellEnd"/>
      <w:r w:rsidRPr="00D813C8">
        <w:t xml:space="preserve"> </w:t>
      </w:r>
      <w:proofErr w:type="spellStart"/>
      <w:r w:rsidRPr="00D813C8">
        <w:t>përbën</w:t>
      </w:r>
      <w:proofErr w:type="spellEnd"/>
      <w:r w:rsidRPr="00D813C8">
        <w:t xml:space="preserve"> </w:t>
      </w:r>
      <w:proofErr w:type="spellStart"/>
      <w:r w:rsidRPr="00D813C8">
        <w:t>një</w:t>
      </w:r>
      <w:proofErr w:type="spellEnd"/>
      <w:r w:rsidRPr="00D813C8">
        <w:t xml:space="preserve"> </w:t>
      </w:r>
      <w:proofErr w:type="spellStart"/>
      <w:r w:rsidRPr="00D813C8">
        <w:t>masë</w:t>
      </w:r>
      <w:proofErr w:type="spellEnd"/>
      <w:r w:rsidRPr="00D813C8">
        <w:t xml:space="preserve"> </w:t>
      </w:r>
      <w:proofErr w:type="spellStart"/>
      <w:r w:rsidRPr="00D813C8">
        <w:t>konkrete</w:t>
      </w:r>
      <w:proofErr w:type="spellEnd"/>
      <w:r w:rsidRPr="00D813C8">
        <w:t xml:space="preserve"> </w:t>
      </w:r>
      <w:proofErr w:type="spellStart"/>
      <w:r w:rsidRPr="00D813C8">
        <w:t>në</w:t>
      </w:r>
      <w:proofErr w:type="spellEnd"/>
      <w:r w:rsidRPr="00D813C8">
        <w:t xml:space="preserve"> </w:t>
      </w:r>
      <w:proofErr w:type="spellStart"/>
      <w:r w:rsidRPr="00D813C8">
        <w:t>kuadër</w:t>
      </w:r>
      <w:proofErr w:type="spellEnd"/>
      <w:r w:rsidRPr="00D813C8">
        <w:t xml:space="preserve"> </w:t>
      </w:r>
      <w:proofErr w:type="spellStart"/>
      <w:r w:rsidRPr="00D813C8">
        <w:t>të</w:t>
      </w:r>
      <w:proofErr w:type="spellEnd"/>
      <w:r w:rsidRPr="00D813C8">
        <w:t xml:space="preserve"> </w:t>
      </w:r>
      <w:proofErr w:type="spellStart"/>
      <w:r w:rsidRPr="00D813C8">
        <w:t>procesit</w:t>
      </w:r>
      <w:proofErr w:type="spellEnd"/>
      <w:r w:rsidRPr="00D813C8">
        <w:t xml:space="preserve"> </w:t>
      </w:r>
      <w:proofErr w:type="spellStart"/>
      <w:r w:rsidRPr="00D813C8">
        <w:t>të</w:t>
      </w:r>
      <w:proofErr w:type="spellEnd"/>
      <w:r w:rsidRPr="00D813C8">
        <w:t xml:space="preserve"> </w:t>
      </w:r>
      <w:proofErr w:type="spellStart"/>
      <w:r w:rsidRPr="00D813C8">
        <w:t>integrimit</w:t>
      </w:r>
      <w:proofErr w:type="spellEnd"/>
      <w:r w:rsidRPr="00D813C8">
        <w:t xml:space="preserve"> </w:t>
      </w:r>
      <w:proofErr w:type="spellStart"/>
      <w:r w:rsidRPr="00D813C8">
        <w:t>evropian</w:t>
      </w:r>
      <w:proofErr w:type="spellEnd"/>
      <w:r w:rsidRPr="00D813C8">
        <w:t xml:space="preserve">, e </w:t>
      </w:r>
      <w:proofErr w:type="spellStart"/>
      <w:r w:rsidRPr="00D813C8">
        <w:t>cila</w:t>
      </w:r>
      <w:proofErr w:type="spellEnd"/>
      <w:r w:rsidRPr="00D813C8">
        <w:t xml:space="preserve"> </w:t>
      </w:r>
      <w:proofErr w:type="spellStart"/>
      <w:r w:rsidRPr="00D813C8">
        <w:t>synon</w:t>
      </w:r>
      <w:proofErr w:type="spellEnd"/>
      <w:r w:rsidRPr="00D813C8">
        <w:t xml:space="preserve"> </w:t>
      </w:r>
      <w:proofErr w:type="spellStart"/>
      <w:r w:rsidRPr="00D813C8">
        <w:t>të</w:t>
      </w:r>
      <w:proofErr w:type="spellEnd"/>
      <w:r w:rsidRPr="00D813C8">
        <w:t xml:space="preserve"> </w:t>
      </w:r>
      <w:proofErr w:type="spellStart"/>
      <w:r w:rsidRPr="00D813C8">
        <w:t>sigurojë</w:t>
      </w:r>
      <w:proofErr w:type="spellEnd"/>
      <w:r w:rsidRPr="00D813C8">
        <w:t xml:space="preserve"> </w:t>
      </w:r>
      <w:proofErr w:type="spellStart"/>
      <w:r w:rsidRPr="00D813C8">
        <w:t>një</w:t>
      </w:r>
      <w:proofErr w:type="spellEnd"/>
      <w:r w:rsidRPr="00D813C8">
        <w:t xml:space="preserve"> </w:t>
      </w:r>
      <w:proofErr w:type="spellStart"/>
      <w:r w:rsidRPr="00D813C8">
        <w:t>kuadër</w:t>
      </w:r>
      <w:proofErr w:type="spellEnd"/>
      <w:r w:rsidRPr="00D813C8">
        <w:t xml:space="preserve"> </w:t>
      </w:r>
      <w:proofErr w:type="spellStart"/>
      <w:r w:rsidRPr="00D813C8">
        <w:t>kombëtar</w:t>
      </w:r>
      <w:proofErr w:type="spellEnd"/>
      <w:r w:rsidRPr="00D813C8">
        <w:t xml:space="preserve"> </w:t>
      </w:r>
      <w:proofErr w:type="spellStart"/>
      <w:r w:rsidRPr="00D813C8">
        <w:t>koherent</w:t>
      </w:r>
      <w:proofErr w:type="spellEnd"/>
      <w:r w:rsidRPr="00D813C8">
        <w:t xml:space="preserve"> </w:t>
      </w:r>
      <w:proofErr w:type="spellStart"/>
      <w:r w:rsidRPr="00D813C8">
        <w:t>për</w:t>
      </w:r>
      <w:proofErr w:type="spellEnd"/>
      <w:r w:rsidRPr="00D813C8">
        <w:t xml:space="preserve"> </w:t>
      </w:r>
      <w:proofErr w:type="spellStart"/>
      <w:r w:rsidRPr="00D813C8">
        <w:t>parandalimin</w:t>
      </w:r>
      <w:proofErr w:type="spellEnd"/>
      <w:r w:rsidRPr="00D813C8">
        <w:t xml:space="preserve"> e </w:t>
      </w:r>
      <w:proofErr w:type="spellStart"/>
      <w:r w:rsidRPr="00D813C8">
        <w:t>lëndimeve</w:t>
      </w:r>
      <w:proofErr w:type="spellEnd"/>
      <w:r w:rsidRPr="00D813C8">
        <w:t xml:space="preserve"> </w:t>
      </w:r>
      <w:proofErr w:type="spellStart"/>
      <w:r w:rsidRPr="00D813C8">
        <w:t>në</w:t>
      </w:r>
      <w:proofErr w:type="spellEnd"/>
      <w:r w:rsidRPr="00D813C8">
        <w:t xml:space="preserve"> </w:t>
      </w:r>
      <w:proofErr w:type="spellStart"/>
      <w:r w:rsidRPr="00D813C8">
        <w:t>punë</w:t>
      </w:r>
      <w:proofErr w:type="spellEnd"/>
      <w:r w:rsidRPr="00D813C8">
        <w:t xml:space="preserve"> </w:t>
      </w:r>
      <w:proofErr w:type="spellStart"/>
      <w:r w:rsidRPr="00D813C8">
        <w:t>dhe</w:t>
      </w:r>
      <w:proofErr w:type="spellEnd"/>
      <w:r w:rsidRPr="00D813C8">
        <w:t xml:space="preserve"> </w:t>
      </w:r>
      <w:proofErr w:type="spellStart"/>
      <w:r w:rsidRPr="00D813C8">
        <w:t>infeksioneve</w:t>
      </w:r>
      <w:proofErr w:type="spellEnd"/>
      <w:r w:rsidRPr="00D813C8">
        <w:t xml:space="preserve"> </w:t>
      </w:r>
      <w:proofErr w:type="spellStart"/>
      <w:r w:rsidRPr="00D813C8">
        <w:t>që</w:t>
      </w:r>
      <w:proofErr w:type="spellEnd"/>
      <w:r w:rsidRPr="00D813C8">
        <w:t xml:space="preserve"> </w:t>
      </w:r>
      <w:proofErr w:type="spellStart"/>
      <w:r w:rsidRPr="00D813C8">
        <w:t>lidhen</w:t>
      </w:r>
      <w:proofErr w:type="spellEnd"/>
      <w:r w:rsidRPr="00D813C8">
        <w:t xml:space="preserve"> me </w:t>
      </w:r>
      <w:proofErr w:type="spellStart"/>
      <w:r w:rsidRPr="00D813C8">
        <w:t>instrumentet</w:t>
      </w:r>
      <w:proofErr w:type="spellEnd"/>
      <w:r w:rsidRPr="00D813C8">
        <w:t xml:space="preserve"> </w:t>
      </w:r>
      <w:proofErr w:type="spellStart"/>
      <w:r w:rsidRPr="00D813C8">
        <w:t>mjekësore</w:t>
      </w:r>
      <w:proofErr w:type="spellEnd"/>
      <w:r w:rsidRPr="00D813C8">
        <w:t xml:space="preserve"> </w:t>
      </w:r>
      <w:proofErr w:type="spellStart"/>
      <w:r w:rsidRPr="00D813C8">
        <w:t>të</w:t>
      </w:r>
      <w:proofErr w:type="spellEnd"/>
      <w:r w:rsidRPr="00D813C8">
        <w:t xml:space="preserve"> </w:t>
      </w:r>
      <w:proofErr w:type="spellStart"/>
      <w:r w:rsidRPr="00D813C8">
        <w:t>mprehta</w:t>
      </w:r>
      <w:proofErr w:type="spellEnd"/>
      <w:r w:rsidRPr="00D813C8">
        <w:t xml:space="preserve">, </w:t>
      </w:r>
      <w:proofErr w:type="spellStart"/>
      <w:r w:rsidRPr="00D813C8">
        <w:t>si</w:t>
      </w:r>
      <w:proofErr w:type="spellEnd"/>
      <w:r w:rsidRPr="00D813C8">
        <w:t xml:space="preserve"> </w:t>
      </w:r>
      <w:proofErr w:type="spellStart"/>
      <w:r w:rsidRPr="00D813C8">
        <w:t>dhe</w:t>
      </w:r>
      <w:proofErr w:type="spellEnd"/>
      <w:r w:rsidRPr="00D813C8">
        <w:t xml:space="preserve"> </w:t>
      </w:r>
      <w:proofErr w:type="spellStart"/>
      <w:r w:rsidRPr="00D813C8">
        <w:t>arritjen</w:t>
      </w:r>
      <w:proofErr w:type="spellEnd"/>
      <w:r w:rsidRPr="00D813C8">
        <w:t xml:space="preserve"> </w:t>
      </w:r>
      <w:proofErr w:type="spellStart"/>
      <w:r w:rsidRPr="00D813C8">
        <w:t>progresive</w:t>
      </w:r>
      <w:proofErr w:type="spellEnd"/>
      <w:r w:rsidRPr="00D813C8">
        <w:t xml:space="preserve"> </w:t>
      </w:r>
      <w:proofErr w:type="spellStart"/>
      <w:r w:rsidRPr="00D813C8">
        <w:t>të</w:t>
      </w:r>
      <w:proofErr w:type="spellEnd"/>
      <w:r w:rsidRPr="00D813C8">
        <w:t xml:space="preserve"> </w:t>
      </w:r>
      <w:proofErr w:type="spellStart"/>
      <w:r w:rsidRPr="00D813C8">
        <w:t>harmonizimit</w:t>
      </w:r>
      <w:proofErr w:type="spellEnd"/>
      <w:r w:rsidRPr="00D813C8">
        <w:t xml:space="preserve"> </w:t>
      </w:r>
      <w:proofErr w:type="spellStart"/>
      <w:r w:rsidRPr="00D813C8">
        <w:t>të</w:t>
      </w:r>
      <w:proofErr w:type="spellEnd"/>
      <w:r w:rsidRPr="00D813C8">
        <w:t xml:space="preserve"> </w:t>
      </w:r>
      <w:proofErr w:type="spellStart"/>
      <w:r w:rsidRPr="00D813C8">
        <w:t>plotë</w:t>
      </w:r>
      <w:proofErr w:type="spellEnd"/>
      <w:r w:rsidRPr="00D813C8">
        <w:t xml:space="preserve"> </w:t>
      </w:r>
      <w:proofErr w:type="spellStart"/>
      <w:r w:rsidRPr="00D813C8">
        <w:t>të</w:t>
      </w:r>
      <w:proofErr w:type="spellEnd"/>
      <w:r w:rsidRPr="00D813C8">
        <w:t xml:space="preserve"> </w:t>
      </w:r>
      <w:proofErr w:type="spellStart"/>
      <w:r w:rsidRPr="00D813C8">
        <w:t>legjislacionit</w:t>
      </w:r>
      <w:proofErr w:type="spellEnd"/>
      <w:r w:rsidRPr="00D813C8">
        <w:t xml:space="preserve"> </w:t>
      </w:r>
      <w:proofErr w:type="spellStart"/>
      <w:r w:rsidRPr="00D813C8">
        <w:t>shqiptar</w:t>
      </w:r>
      <w:proofErr w:type="spellEnd"/>
      <w:r w:rsidRPr="00D813C8">
        <w:t xml:space="preserve"> me acquis-in </w:t>
      </w:r>
      <w:proofErr w:type="spellStart"/>
      <w:r w:rsidRPr="00D813C8">
        <w:t>përkatës</w:t>
      </w:r>
      <w:proofErr w:type="spellEnd"/>
      <w:r w:rsidRPr="00D813C8">
        <w:t xml:space="preserve"> </w:t>
      </w:r>
      <w:proofErr w:type="spellStart"/>
      <w:r w:rsidRPr="00D813C8">
        <w:t>të</w:t>
      </w:r>
      <w:proofErr w:type="spellEnd"/>
      <w:r w:rsidRPr="00D813C8">
        <w:t xml:space="preserve"> </w:t>
      </w:r>
      <w:proofErr w:type="spellStart"/>
      <w:r w:rsidRPr="00D813C8">
        <w:t>Bashkimit</w:t>
      </w:r>
      <w:proofErr w:type="spellEnd"/>
      <w:r w:rsidRPr="00D813C8">
        <w:t xml:space="preserve"> </w:t>
      </w:r>
      <w:proofErr w:type="spellStart"/>
      <w:r w:rsidRPr="00D813C8">
        <w:t>Evropian</w:t>
      </w:r>
      <w:proofErr w:type="spellEnd"/>
      <w:r w:rsidRPr="00D813C8">
        <w:t xml:space="preserve">. </w:t>
      </w:r>
      <w:proofErr w:type="spellStart"/>
      <w:r w:rsidRPr="00D813C8">
        <w:t>Zbatimi</w:t>
      </w:r>
      <w:proofErr w:type="spellEnd"/>
      <w:r w:rsidRPr="00D813C8">
        <w:t xml:space="preserve"> </w:t>
      </w:r>
      <w:proofErr w:type="spellStart"/>
      <w:r w:rsidRPr="00D813C8">
        <w:t>i</w:t>
      </w:r>
      <w:proofErr w:type="spellEnd"/>
      <w:r w:rsidRPr="00D813C8">
        <w:t xml:space="preserve"> </w:t>
      </w:r>
      <w:proofErr w:type="spellStart"/>
      <w:r w:rsidR="00AC5BB1">
        <w:t>kw</w:t>
      </w:r>
      <w:r w:rsidRPr="00D813C8">
        <w:t>tij</w:t>
      </w:r>
      <w:proofErr w:type="spellEnd"/>
      <w:r w:rsidRPr="00D813C8">
        <w:t xml:space="preserve"> </w:t>
      </w:r>
      <w:proofErr w:type="spellStart"/>
      <w:r w:rsidR="00AC5BB1">
        <w:t>projektakti</w:t>
      </w:r>
      <w:proofErr w:type="spellEnd"/>
      <w:r w:rsidR="009F01E4">
        <w:t xml:space="preserve">, </w:t>
      </w:r>
      <w:proofErr w:type="spellStart"/>
      <w:r w:rsidR="009F01E4">
        <w:t>synon</w:t>
      </w:r>
      <w:proofErr w:type="spellEnd"/>
      <w:r w:rsidR="009F01E4">
        <w:t xml:space="preserve"> </w:t>
      </w:r>
      <w:proofErr w:type="spellStart"/>
      <w:r w:rsidRPr="00D813C8">
        <w:t>të</w:t>
      </w:r>
      <w:proofErr w:type="spellEnd"/>
      <w:r w:rsidRPr="00D813C8">
        <w:t xml:space="preserve"> </w:t>
      </w:r>
      <w:proofErr w:type="spellStart"/>
      <w:r w:rsidRPr="00D813C8">
        <w:t>forcojë</w:t>
      </w:r>
      <w:proofErr w:type="spellEnd"/>
      <w:r w:rsidRPr="00D813C8">
        <w:t xml:space="preserve"> </w:t>
      </w:r>
      <w:proofErr w:type="spellStart"/>
      <w:r w:rsidRPr="00D813C8">
        <w:t>masat</w:t>
      </w:r>
      <w:proofErr w:type="spellEnd"/>
      <w:r w:rsidRPr="00D813C8">
        <w:t xml:space="preserve"> </w:t>
      </w:r>
      <w:proofErr w:type="spellStart"/>
      <w:r w:rsidRPr="00D813C8">
        <w:t>parandaluese</w:t>
      </w:r>
      <w:proofErr w:type="spellEnd"/>
      <w:r w:rsidRPr="00D813C8">
        <w:t xml:space="preserve">, </w:t>
      </w:r>
      <w:proofErr w:type="spellStart"/>
      <w:r w:rsidRPr="00D813C8">
        <w:t>të</w:t>
      </w:r>
      <w:proofErr w:type="spellEnd"/>
      <w:r w:rsidRPr="00D813C8">
        <w:t xml:space="preserve"> </w:t>
      </w:r>
      <w:proofErr w:type="spellStart"/>
      <w:r w:rsidRPr="00D813C8">
        <w:t>përmirësojë</w:t>
      </w:r>
      <w:proofErr w:type="spellEnd"/>
      <w:r w:rsidRPr="00D813C8">
        <w:t xml:space="preserve"> </w:t>
      </w:r>
      <w:proofErr w:type="spellStart"/>
      <w:r w:rsidRPr="00D813C8">
        <w:t>mbrojtjen</w:t>
      </w:r>
      <w:proofErr w:type="spellEnd"/>
      <w:r w:rsidRPr="00D813C8">
        <w:t xml:space="preserve"> e </w:t>
      </w:r>
      <w:proofErr w:type="spellStart"/>
      <w:r w:rsidRPr="00D813C8">
        <w:t>punonjësve</w:t>
      </w:r>
      <w:proofErr w:type="spellEnd"/>
      <w:r w:rsidRPr="00D813C8">
        <w:t xml:space="preserve"> </w:t>
      </w:r>
      <w:proofErr w:type="spellStart"/>
      <w:r w:rsidRPr="00D813C8">
        <w:t>të</w:t>
      </w:r>
      <w:proofErr w:type="spellEnd"/>
      <w:r w:rsidRPr="00D813C8">
        <w:t xml:space="preserve"> </w:t>
      </w:r>
      <w:proofErr w:type="spellStart"/>
      <w:r w:rsidRPr="00D813C8">
        <w:t>kujdesit</w:t>
      </w:r>
      <w:proofErr w:type="spellEnd"/>
      <w:r w:rsidRPr="00D813C8">
        <w:t xml:space="preserve"> </w:t>
      </w:r>
      <w:proofErr w:type="spellStart"/>
      <w:r w:rsidRPr="00D813C8">
        <w:t>shëndetësor</w:t>
      </w:r>
      <w:proofErr w:type="spellEnd"/>
      <w:r w:rsidRPr="00D813C8">
        <w:t xml:space="preserve"> </w:t>
      </w:r>
      <w:proofErr w:type="spellStart"/>
      <w:r w:rsidRPr="00D813C8">
        <w:t>dhe</w:t>
      </w:r>
      <w:proofErr w:type="spellEnd"/>
      <w:r w:rsidRPr="00D813C8">
        <w:t xml:space="preserve"> </w:t>
      </w:r>
      <w:proofErr w:type="spellStart"/>
      <w:r w:rsidRPr="00D813C8">
        <w:t>të</w:t>
      </w:r>
      <w:proofErr w:type="spellEnd"/>
      <w:r w:rsidRPr="00D813C8">
        <w:t xml:space="preserve"> </w:t>
      </w:r>
      <w:proofErr w:type="spellStart"/>
      <w:r w:rsidRPr="00D813C8">
        <w:t>personave</w:t>
      </w:r>
      <w:proofErr w:type="spellEnd"/>
      <w:r w:rsidRPr="00D813C8">
        <w:t xml:space="preserve"> </w:t>
      </w:r>
      <w:proofErr w:type="spellStart"/>
      <w:r w:rsidRPr="00D813C8">
        <w:t>të</w:t>
      </w:r>
      <w:proofErr w:type="spellEnd"/>
      <w:r w:rsidRPr="00D813C8">
        <w:t xml:space="preserve"> </w:t>
      </w:r>
      <w:proofErr w:type="spellStart"/>
      <w:r w:rsidRPr="00D813C8">
        <w:t>tjerë</w:t>
      </w:r>
      <w:proofErr w:type="spellEnd"/>
      <w:r w:rsidRPr="00D813C8">
        <w:t xml:space="preserve"> </w:t>
      </w:r>
      <w:proofErr w:type="spellStart"/>
      <w:r w:rsidRPr="00D813C8">
        <w:t>që</w:t>
      </w:r>
      <w:proofErr w:type="spellEnd"/>
      <w:r w:rsidRPr="00D813C8">
        <w:t xml:space="preserve"> </w:t>
      </w:r>
      <w:proofErr w:type="spellStart"/>
      <w:r w:rsidRPr="00D813C8">
        <w:t>përfshihen</w:t>
      </w:r>
      <w:proofErr w:type="spellEnd"/>
      <w:r w:rsidRPr="00D813C8">
        <w:t xml:space="preserve"> </w:t>
      </w:r>
      <w:proofErr w:type="spellStart"/>
      <w:r w:rsidRPr="00D813C8">
        <w:t>në</w:t>
      </w:r>
      <w:proofErr w:type="spellEnd"/>
      <w:r w:rsidRPr="00D813C8">
        <w:t xml:space="preserve"> </w:t>
      </w:r>
      <w:proofErr w:type="spellStart"/>
      <w:r w:rsidRPr="00D813C8">
        <w:t>fushën</w:t>
      </w:r>
      <w:proofErr w:type="spellEnd"/>
      <w:r w:rsidRPr="00D813C8">
        <w:t xml:space="preserve"> e </w:t>
      </w:r>
      <w:proofErr w:type="spellStart"/>
      <w:r w:rsidRPr="00D813C8">
        <w:t>zbatimit</w:t>
      </w:r>
      <w:proofErr w:type="spellEnd"/>
      <w:r w:rsidRPr="00D813C8">
        <w:t xml:space="preserve"> </w:t>
      </w:r>
      <w:proofErr w:type="spellStart"/>
      <w:r w:rsidRPr="00D813C8">
        <w:t>të</w:t>
      </w:r>
      <w:proofErr w:type="spellEnd"/>
      <w:r w:rsidRPr="00D813C8">
        <w:t xml:space="preserve"> </w:t>
      </w:r>
      <w:proofErr w:type="spellStart"/>
      <w:r w:rsidRPr="00D813C8">
        <w:t>aktit</w:t>
      </w:r>
      <w:proofErr w:type="spellEnd"/>
      <w:r w:rsidRPr="00D813C8">
        <w:t xml:space="preserve">, </w:t>
      </w:r>
      <w:proofErr w:type="spellStart"/>
      <w:r w:rsidRPr="00D813C8">
        <w:t>si</w:t>
      </w:r>
      <w:proofErr w:type="spellEnd"/>
      <w:r w:rsidRPr="00D813C8">
        <w:t xml:space="preserve"> </w:t>
      </w:r>
      <w:proofErr w:type="spellStart"/>
      <w:r w:rsidRPr="00D813C8">
        <w:t>dhe</w:t>
      </w:r>
      <w:proofErr w:type="spellEnd"/>
      <w:r w:rsidRPr="00D813C8">
        <w:t xml:space="preserve"> </w:t>
      </w:r>
      <w:proofErr w:type="spellStart"/>
      <w:r w:rsidRPr="00D813C8">
        <w:t>të</w:t>
      </w:r>
      <w:proofErr w:type="spellEnd"/>
      <w:r w:rsidRPr="00D813C8">
        <w:t xml:space="preserve"> </w:t>
      </w:r>
      <w:proofErr w:type="spellStart"/>
      <w:r w:rsidRPr="00D813C8">
        <w:t>promovojë</w:t>
      </w:r>
      <w:proofErr w:type="spellEnd"/>
      <w:r w:rsidRPr="00D813C8">
        <w:t xml:space="preserve"> </w:t>
      </w:r>
      <w:proofErr w:type="spellStart"/>
      <w:r w:rsidRPr="00D813C8">
        <w:t>një</w:t>
      </w:r>
      <w:proofErr w:type="spellEnd"/>
      <w:r w:rsidRPr="00D813C8">
        <w:t xml:space="preserve"> </w:t>
      </w:r>
      <w:proofErr w:type="spellStart"/>
      <w:r w:rsidRPr="00D813C8">
        <w:t>kulturë</w:t>
      </w:r>
      <w:proofErr w:type="spellEnd"/>
      <w:r w:rsidRPr="00D813C8">
        <w:t xml:space="preserve"> </w:t>
      </w:r>
      <w:proofErr w:type="spellStart"/>
      <w:r w:rsidRPr="00D813C8">
        <w:t>të</w:t>
      </w:r>
      <w:proofErr w:type="spellEnd"/>
      <w:r w:rsidRPr="00D813C8">
        <w:t xml:space="preserve"> </w:t>
      </w:r>
      <w:proofErr w:type="spellStart"/>
      <w:r w:rsidRPr="00D813C8">
        <w:t>qëndrueshme</w:t>
      </w:r>
      <w:proofErr w:type="spellEnd"/>
      <w:r w:rsidRPr="00D813C8">
        <w:t xml:space="preserve"> </w:t>
      </w:r>
      <w:proofErr w:type="spellStart"/>
      <w:r w:rsidRPr="00D813C8">
        <w:t>të</w:t>
      </w:r>
      <w:proofErr w:type="spellEnd"/>
      <w:r w:rsidRPr="00D813C8">
        <w:t xml:space="preserve"> </w:t>
      </w:r>
      <w:proofErr w:type="spellStart"/>
      <w:r w:rsidRPr="00D813C8">
        <w:t>sigurisë</w:t>
      </w:r>
      <w:proofErr w:type="spellEnd"/>
      <w:r w:rsidRPr="00D813C8">
        <w:t xml:space="preserve"> </w:t>
      </w:r>
      <w:proofErr w:type="spellStart"/>
      <w:r w:rsidRPr="00D813C8">
        <w:t>dhe</w:t>
      </w:r>
      <w:proofErr w:type="spellEnd"/>
      <w:r w:rsidRPr="00D813C8">
        <w:t xml:space="preserve"> </w:t>
      </w:r>
      <w:proofErr w:type="spellStart"/>
      <w:r w:rsidRPr="00D813C8">
        <w:t>shëndetit</w:t>
      </w:r>
      <w:proofErr w:type="spellEnd"/>
      <w:r w:rsidRPr="00D813C8">
        <w:t xml:space="preserve"> </w:t>
      </w:r>
      <w:proofErr w:type="spellStart"/>
      <w:r w:rsidRPr="00D813C8">
        <w:t>në</w:t>
      </w:r>
      <w:proofErr w:type="spellEnd"/>
      <w:r w:rsidRPr="00D813C8">
        <w:t xml:space="preserve"> </w:t>
      </w:r>
      <w:proofErr w:type="spellStart"/>
      <w:r w:rsidRPr="00D813C8">
        <w:t>punë</w:t>
      </w:r>
      <w:proofErr w:type="spellEnd"/>
      <w:r w:rsidRPr="00D813C8">
        <w:t xml:space="preserve"> </w:t>
      </w:r>
      <w:proofErr w:type="spellStart"/>
      <w:r w:rsidRPr="00D813C8">
        <w:t>në</w:t>
      </w:r>
      <w:proofErr w:type="spellEnd"/>
      <w:r w:rsidRPr="00D813C8">
        <w:t xml:space="preserve"> </w:t>
      </w:r>
      <w:proofErr w:type="spellStart"/>
      <w:r w:rsidRPr="00D813C8">
        <w:t>sektorin</w:t>
      </w:r>
      <w:proofErr w:type="spellEnd"/>
      <w:r w:rsidRPr="00D813C8">
        <w:t xml:space="preserve"> </w:t>
      </w:r>
      <w:proofErr w:type="spellStart"/>
      <w:r w:rsidRPr="00D813C8">
        <w:t>spitalor</w:t>
      </w:r>
      <w:proofErr w:type="spellEnd"/>
      <w:r w:rsidRPr="00D813C8">
        <w:t xml:space="preserve"> </w:t>
      </w:r>
      <w:proofErr w:type="spellStart"/>
      <w:r w:rsidRPr="00D813C8">
        <w:t>dhe</w:t>
      </w:r>
      <w:proofErr w:type="spellEnd"/>
      <w:r w:rsidRPr="00D813C8">
        <w:t xml:space="preserve"> </w:t>
      </w:r>
      <w:proofErr w:type="spellStart"/>
      <w:r w:rsidRPr="00D813C8">
        <w:t>atë</w:t>
      </w:r>
      <w:proofErr w:type="spellEnd"/>
      <w:r w:rsidRPr="00D813C8">
        <w:t xml:space="preserve"> </w:t>
      </w:r>
      <w:proofErr w:type="spellStart"/>
      <w:r w:rsidRPr="00D813C8">
        <w:t>të</w:t>
      </w:r>
      <w:proofErr w:type="spellEnd"/>
      <w:r w:rsidRPr="00D813C8">
        <w:t xml:space="preserve"> </w:t>
      </w:r>
      <w:proofErr w:type="spellStart"/>
      <w:r w:rsidRPr="00D813C8">
        <w:t>kujdesit</w:t>
      </w:r>
      <w:proofErr w:type="spellEnd"/>
      <w:r w:rsidRPr="00D813C8">
        <w:t xml:space="preserve"> </w:t>
      </w:r>
      <w:proofErr w:type="spellStart"/>
      <w:r w:rsidRPr="00D813C8">
        <w:t>shëndetësor</w:t>
      </w:r>
      <w:proofErr w:type="spellEnd"/>
      <w:r w:rsidRPr="00D813C8">
        <w:t>.</w:t>
      </w:r>
    </w:p>
    <w:p w14:paraId="3DE7E458" w14:textId="77777777" w:rsidR="00D813C8" w:rsidRPr="00D813C8" w:rsidRDefault="00D813C8" w:rsidP="00D813C8">
      <w:pPr>
        <w:spacing w:after="160"/>
        <w:ind w:firstLine="397"/>
      </w:pPr>
      <w:proofErr w:type="spellStart"/>
      <w:r w:rsidRPr="00D813C8">
        <w:t>Zbatimi</w:t>
      </w:r>
      <w:proofErr w:type="spellEnd"/>
      <w:r w:rsidRPr="00D813C8">
        <w:t xml:space="preserve"> </w:t>
      </w:r>
      <w:proofErr w:type="spellStart"/>
      <w:r w:rsidRPr="00D813C8">
        <w:t>dhe</w:t>
      </w:r>
      <w:proofErr w:type="spellEnd"/>
      <w:r w:rsidRPr="00D813C8">
        <w:t xml:space="preserve"> </w:t>
      </w:r>
      <w:proofErr w:type="spellStart"/>
      <w:r w:rsidRPr="00D813C8">
        <w:t>rishikimi</w:t>
      </w:r>
      <w:proofErr w:type="spellEnd"/>
      <w:r w:rsidRPr="00D813C8">
        <w:t xml:space="preserve"> </w:t>
      </w:r>
      <w:proofErr w:type="spellStart"/>
      <w:r w:rsidRPr="00D813C8">
        <w:t>periodik</w:t>
      </w:r>
      <w:proofErr w:type="spellEnd"/>
      <w:r w:rsidRPr="00D813C8">
        <w:t xml:space="preserve"> </w:t>
      </w:r>
      <w:proofErr w:type="spellStart"/>
      <w:r w:rsidRPr="00D813C8">
        <w:t>i</w:t>
      </w:r>
      <w:proofErr w:type="spellEnd"/>
      <w:r w:rsidRPr="00D813C8">
        <w:t xml:space="preserve"> </w:t>
      </w:r>
      <w:proofErr w:type="spellStart"/>
      <w:r w:rsidRPr="00D813C8">
        <w:t>kësaj</w:t>
      </w:r>
      <w:proofErr w:type="spellEnd"/>
      <w:r w:rsidRPr="00D813C8">
        <w:t xml:space="preserve"> </w:t>
      </w:r>
      <w:proofErr w:type="spellStart"/>
      <w:r w:rsidRPr="00D813C8">
        <w:t>rregulloreje</w:t>
      </w:r>
      <w:proofErr w:type="spellEnd"/>
      <w:r w:rsidRPr="00D813C8">
        <w:t xml:space="preserve"> do </w:t>
      </w:r>
      <w:proofErr w:type="spellStart"/>
      <w:r w:rsidRPr="00D813C8">
        <w:t>të</w:t>
      </w:r>
      <w:proofErr w:type="spellEnd"/>
      <w:r w:rsidRPr="00D813C8">
        <w:t xml:space="preserve"> </w:t>
      </w:r>
      <w:proofErr w:type="spellStart"/>
      <w:r w:rsidRPr="00D813C8">
        <w:t>sigurohen</w:t>
      </w:r>
      <w:proofErr w:type="spellEnd"/>
      <w:r w:rsidRPr="00D813C8">
        <w:t xml:space="preserve"> </w:t>
      </w:r>
      <w:proofErr w:type="spellStart"/>
      <w:r w:rsidRPr="00D813C8">
        <w:t>nga</w:t>
      </w:r>
      <w:proofErr w:type="spellEnd"/>
      <w:r w:rsidRPr="00D813C8">
        <w:t xml:space="preserve"> </w:t>
      </w:r>
      <w:proofErr w:type="spellStart"/>
      <w:r w:rsidRPr="00D813C8">
        <w:t>ministria</w:t>
      </w:r>
      <w:proofErr w:type="spellEnd"/>
      <w:r w:rsidRPr="00D813C8">
        <w:t xml:space="preserve"> </w:t>
      </w:r>
      <w:proofErr w:type="spellStart"/>
      <w:r w:rsidRPr="00D813C8">
        <w:t>përgjegjëse</w:t>
      </w:r>
      <w:proofErr w:type="spellEnd"/>
      <w:r w:rsidRPr="00D813C8">
        <w:t xml:space="preserve"> </w:t>
      </w:r>
      <w:proofErr w:type="spellStart"/>
      <w:r w:rsidRPr="00D813C8">
        <w:t>për</w:t>
      </w:r>
      <w:proofErr w:type="spellEnd"/>
      <w:r w:rsidRPr="00D813C8">
        <w:t xml:space="preserve"> </w:t>
      </w:r>
      <w:proofErr w:type="spellStart"/>
      <w:r w:rsidRPr="00D813C8">
        <w:t>shëndetësinë</w:t>
      </w:r>
      <w:proofErr w:type="spellEnd"/>
      <w:r w:rsidRPr="00D813C8">
        <w:t xml:space="preserve">, </w:t>
      </w:r>
      <w:proofErr w:type="spellStart"/>
      <w:r w:rsidRPr="00D813C8">
        <w:t>në</w:t>
      </w:r>
      <w:proofErr w:type="spellEnd"/>
      <w:r w:rsidRPr="00D813C8">
        <w:t xml:space="preserve"> </w:t>
      </w:r>
      <w:proofErr w:type="spellStart"/>
      <w:r w:rsidRPr="00D813C8">
        <w:t>bashkëpunim</w:t>
      </w:r>
      <w:proofErr w:type="spellEnd"/>
      <w:r w:rsidRPr="00D813C8">
        <w:t xml:space="preserve"> me </w:t>
      </w:r>
      <w:proofErr w:type="spellStart"/>
      <w:r w:rsidRPr="00D813C8">
        <w:t>strukturat</w:t>
      </w:r>
      <w:proofErr w:type="spellEnd"/>
      <w:r w:rsidRPr="00D813C8">
        <w:t xml:space="preserve"> </w:t>
      </w:r>
      <w:proofErr w:type="spellStart"/>
      <w:r w:rsidRPr="00D813C8">
        <w:t>dhe</w:t>
      </w:r>
      <w:proofErr w:type="spellEnd"/>
      <w:r w:rsidRPr="00D813C8">
        <w:t xml:space="preserve"> </w:t>
      </w:r>
      <w:proofErr w:type="spellStart"/>
      <w:r w:rsidRPr="00D813C8">
        <w:t>institucionet</w:t>
      </w:r>
      <w:proofErr w:type="spellEnd"/>
      <w:r w:rsidRPr="00D813C8">
        <w:t xml:space="preserve"> </w:t>
      </w:r>
      <w:proofErr w:type="spellStart"/>
      <w:r w:rsidRPr="00D813C8">
        <w:t>kompetente</w:t>
      </w:r>
      <w:proofErr w:type="spellEnd"/>
      <w:r w:rsidRPr="00D813C8">
        <w:t xml:space="preserve"> </w:t>
      </w:r>
      <w:proofErr w:type="spellStart"/>
      <w:r w:rsidRPr="00D813C8">
        <w:t>përkatëse</w:t>
      </w:r>
      <w:proofErr w:type="spellEnd"/>
      <w:r w:rsidRPr="00D813C8">
        <w:t xml:space="preserve">. </w:t>
      </w:r>
      <w:proofErr w:type="spellStart"/>
      <w:r w:rsidRPr="00D813C8">
        <w:t>Rregullorja</w:t>
      </w:r>
      <w:proofErr w:type="spellEnd"/>
      <w:r w:rsidRPr="00D813C8">
        <w:t xml:space="preserve"> do </w:t>
      </w:r>
      <w:proofErr w:type="spellStart"/>
      <w:r w:rsidRPr="00D813C8">
        <w:t>t’i</w:t>
      </w:r>
      <w:proofErr w:type="spellEnd"/>
      <w:r w:rsidRPr="00D813C8">
        <w:t xml:space="preserve"> </w:t>
      </w:r>
      <w:proofErr w:type="spellStart"/>
      <w:r w:rsidRPr="00D813C8">
        <w:t>nënshtrohet</w:t>
      </w:r>
      <w:proofErr w:type="spellEnd"/>
      <w:r w:rsidRPr="00D813C8">
        <w:t xml:space="preserve"> </w:t>
      </w:r>
      <w:proofErr w:type="spellStart"/>
      <w:r w:rsidRPr="00D813C8">
        <w:t>rishikimit</w:t>
      </w:r>
      <w:proofErr w:type="spellEnd"/>
      <w:r w:rsidRPr="00D813C8">
        <w:t xml:space="preserve"> </w:t>
      </w:r>
      <w:proofErr w:type="spellStart"/>
      <w:r w:rsidRPr="00D813C8">
        <w:t>periodik</w:t>
      </w:r>
      <w:proofErr w:type="spellEnd"/>
      <w:r w:rsidRPr="00D813C8">
        <w:t xml:space="preserve"> </w:t>
      </w:r>
      <w:proofErr w:type="spellStart"/>
      <w:r w:rsidRPr="00D813C8">
        <w:t>dhe</w:t>
      </w:r>
      <w:proofErr w:type="spellEnd"/>
      <w:r w:rsidRPr="00D813C8">
        <w:t xml:space="preserve">, </w:t>
      </w:r>
      <w:proofErr w:type="spellStart"/>
      <w:r w:rsidRPr="00D813C8">
        <w:t>kur</w:t>
      </w:r>
      <w:proofErr w:type="spellEnd"/>
      <w:r w:rsidRPr="00D813C8">
        <w:t xml:space="preserve"> </w:t>
      </w:r>
      <w:proofErr w:type="spellStart"/>
      <w:r w:rsidRPr="00D813C8">
        <w:t>është</w:t>
      </w:r>
      <w:proofErr w:type="spellEnd"/>
      <w:r w:rsidRPr="00D813C8">
        <w:t xml:space="preserve"> e </w:t>
      </w:r>
      <w:proofErr w:type="spellStart"/>
      <w:r w:rsidRPr="00D813C8">
        <w:t>nevojshme</w:t>
      </w:r>
      <w:proofErr w:type="spellEnd"/>
      <w:r w:rsidRPr="00D813C8">
        <w:t xml:space="preserve">, do </w:t>
      </w:r>
      <w:proofErr w:type="spellStart"/>
      <w:r w:rsidRPr="00D813C8">
        <w:t>të</w:t>
      </w:r>
      <w:proofErr w:type="spellEnd"/>
      <w:r w:rsidRPr="00D813C8">
        <w:t xml:space="preserve"> </w:t>
      </w:r>
      <w:proofErr w:type="spellStart"/>
      <w:r w:rsidRPr="00D813C8">
        <w:t>ndryshohet</w:t>
      </w:r>
      <w:proofErr w:type="spellEnd"/>
      <w:r w:rsidRPr="00D813C8">
        <w:t xml:space="preserve"> </w:t>
      </w:r>
      <w:proofErr w:type="spellStart"/>
      <w:r w:rsidRPr="00D813C8">
        <w:t>në</w:t>
      </w:r>
      <w:proofErr w:type="spellEnd"/>
      <w:r w:rsidRPr="00D813C8">
        <w:t xml:space="preserve"> </w:t>
      </w:r>
      <w:proofErr w:type="spellStart"/>
      <w:r w:rsidRPr="00D813C8">
        <w:t>përputhje</w:t>
      </w:r>
      <w:proofErr w:type="spellEnd"/>
      <w:r w:rsidRPr="00D813C8">
        <w:t xml:space="preserve"> me </w:t>
      </w:r>
      <w:proofErr w:type="spellStart"/>
      <w:r w:rsidRPr="00D813C8">
        <w:t>zhvillimet</w:t>
      </w:r>
      <w:proofErr w:type="spellEnd"/>
      <w:r w:rsidRPr="00D813C8">
        <w:t xml:space="preserve"> e </w:t>
      </w:r>
      <w:proofErr w:type="spellStart"/>
      <w:r w:rsidRPr="00D813C8">
        <w:t>legjislacionit</w:t>
      </w:r>
      <w:proofErr w:type="spellEnd"/>
      <w:r w:rsidRPr="00D813C8">
        <w:t xml:space="preserve"> </w:t>
      </w:r>
      <w:proofErr w:type="spellStart"/>
      <w:r w:rsidRPr="00D813C8">
        <w:t>kombëtar</w:t>
      </w:r>
      <w:proofErr w:type="spellEnd"/>
      <w:r w:rsidRPr="00D813C8">
        <w:t xml:space="preserve"> </w:t>
      </w:r>
      <w:proofErr w:type="spellStart"/>
      <w:r w:rsidRPr="00D813C8">
        <w:t>dhe</w:t>
      </w:r>
      <w:proofErr w:type="spellEnd"/>
      <w:r w:rsidRPr="00D813C8">
        <w:t xml:space="preserve"> </w:t>
      </w:r>
      <w:proofErr w:type="spellStart"/>
      <w:r w:rsidRPr="00D813C8">
        <w:t>të</w:t>
      </w:r>
      <w:proofErr w:type="spellEnd"/>
      <w:r w:rsidRPr="00D813C8">
        <w:t xml:space="preserve"> </w:t>
      </w:r>
      <w:proofErr w:type="spellStart"/>
      <w:r w:rsidRPr="00D813C8">
        <w:t>Bashkimit</w:t>
      </w:r>
      <w:proofErr w:type="spellEnd"/>
      <w:r w:rsidRPr="00D813C8">
        <w:t xml:space="preserve"> </w:t>
      </w:r>
      <w:proofErr w:type="spellStart"/>
      <w:r w:rsidRPr="00D813C8">
        <w:t>Evropian</w:t>
      </w:r>
      <w:proofErr w:type="spellEnd"/>
      <w:r w:rsidRPr="00D813C8">
        <w:t xml:space="preserve">, </w:t>
      </w:r>
      <w:proofErr w:type="spellStart"/>
      <w:r w:rsidRPr="00D813C8">
        <w:t>si</w:t>
      </w:r>
      <w:proofErr w:type="spellEnd"/>
      <w:r w:rsidRPr="00D813C8">
        <w:t xml:space="preserve"> </w:t>
      </w:r>
      <w:proofErr w:type="spellStart"/>
      <w:r w:rsidRPr="00D813C8">
        <w:t>dhe</w:t>
      </w:r>
      <w:proofErr w:type="spellEnd"/>
      <w:r w:rsidRPr="00D813C8">
        <w:t xml:space="preserve"> me </w:t>
      </w:r>
      <w:proofErr w:type="spellStart"/>
      <w:r w:rsidRPr="00D813C8">
        <w:t>zhvillimet</w:t>
      </w:r>
      <w:proofErr w:type="spellEnd"/>
      <w:r w:rsidRPr="00D813C8">
        <w:t xml:space="preserve"> </w:t>
      </w:r>
      <w:proofErr w:type="spellStart"/>
      <w:r w:rsidRPr="00D813C8">
        <w:t>teknologjike</w:t>
      </w:r>
      <w:proofErr w:type="spellEnd"/>
      <w:r w:rsidRPr="00D813C8">
        <w:t xml:space="preserve"> </w:t>
      </w:r>
      <w:proofErr w:type="spellStart"/>
      <w:r w:rsidRPr="00D813C8">
        <w:t>dhe</w:t>
      </w:r>
      <w:proofErr w:type="spellEnd"/>
      <w:r w:rsidRPr="00D813C8">
        <w:t xml:space="preserve"> </w:t>
      </w:r>
      <w:proofErr w:type="spellStart"/>
      <w:r w:rsidRPr="00D813C8">
        <w:t>epidemiologjike</w:t>
      </w:r>
      <w:proofErr w:type="spellEnd"/>
      <w:r w:rsidRPr="00D813C8">
        <w:t>.</w:t>
      </w:r>
    </w:p>
    <w:p w14:paraId="620DDB18" w14:textId="77777777" w:rsidR="00D813C8" w:rsidRDefault="00D813C8">
      <w:pPr>
        <w:spacing w:after="160"/>
        <w:ind w:firstLine="397"/>
      </w:pPr>
    </w:p>
    <w:sectPr w:rsidR="00D813C8" w:rsidSect="00034616">
      <w:footerReference w:type="default" r:id="rId8"/>
      <w:pgSz w:w="12240" w:h="15840"/>
      <w:pgMar w:top="1417" w:right="1134" w:bottom="141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89B51" w14:textId="77777777" w:rsidR="00ED763F" w:rsidRDefault="00ED763F">
      <w:pPr>
        <w:spacing w:after="0" w:line="240" w:lineRule="auto"/>
      </w:pPr>
      <w:r>
        <w:separator/>
      </w:r>
    </w:p>
  </w:endnote>
  <w:endnote w:type="continuationSeparator" w:id="0">
    <w:p w14:paraId="6C342519" w14:textId="77777777" w:rsidR="00ED763F" w:rsidRDefault="00ED7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EB7F1" w14:textId="707E4269" w:rsidR="00F24298" w:rsidRDefault="00F24298">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E04D5" w14:textId="77777777" w:rsidR="00ED763F" w:rsidRDefault="00ED763F">
      <w:pPr>
        <w:spacing w:after="0" w:line="240" w:lineRule="auto"/>
      </w:pPr>
      <w:r>
        <w:separator/>
      </w:r>
    </w:p>
  </w:footnote>
  <w:footnote w:type="continuationSeparator" w:id="0">
    <w:p w14:paraId="4652E9FB" w14:textId="77777777" w:rsidR="00ED763F" w:rsidRDefault="00ED76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15832044">
    <w:abstractNumId w:val="8"/>
  </w:num>
  <w:num w:numId="2" w16cid:durableId="1842314586">
    <w:abstractNumId w:val="6"/>
  </w:num>
  <w:num w:numId="3" w16cid:durableId="1313829653">
    <w:abstractNumId w:val="5"/>
  </w:num>
  <w:num w:numId="4" w16cid:durableId="1929341302">
    <w:abstractNumId w:val="4"/>
  </w:num>
  <w:num w:numId="5" w16cid:durableId="1346248489">
    <w:abstractNumId w:val="7"/>
  </w:num>
  <w:num w:numId="6" w16cid:durableId="356542046">
    <w:abstractNumId w:val="3"/>
  </w:num>
  <w:num w:numId="7" w16cid:durableId="786192179">
    <w:abstractNumId w:val="2"/>
  </w:num>
  <w:num w:numId="8" w16cid:durableId="1365860112">
    <w:abstractNumId w:val="1"/>
  </w:num>
  <w:num w:numId="9" w16cid:durableId="275285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07CD"/>
    <w:rsid w:val="000B78DB"/>
    <w:rsid w:val="0015074B"/>
    <w:rsid w:val="0020111B"/>
    <w:rsid w:val="0029639D"/>
    <w:rsid w:val="002B56CF"/>
    <w:rsid w:val="00326F90"/>
    <w:rsid w:val="003F2A67"/>
    <w:rsid w:val="003F7B9A"/>
    <w:rsid w:val="00467CF5"/>
    <w:rsid w:val="00471633"/>
    <w:rsid w:val="004C0211"/>
    <w:rsid w:val="005400D8"/>
    <w:rsid w:val="006942E1"/>
    <w:rsid w:val="006A201B"/>
    <w:rsid w:val="00841226"/>
    <w:rsid w:val="00866CA2"/>
    <w:rsid w:val="008E04BA"/>
    <w:rsid w:val="00943EC2"/>
    <w:rsid w:val="00971095"/>
    <w:rsid w:val="009F01E4"/>
    <w:rsid w:val="009F4FBE"/>
    <w:rsid w:val="00AA1D8D"/>
    <w:rsid w:val="00AC5BB1"/>
    <w:rsid w:val="00B47730"/>
    <w:rsid w:val="00CA3F72"/>
    <w:rsid w:val="00CA7488"/>
    <w:rsid w:val="00CB0664"/>
    <w:rsid w:val="00CC4BE6"/>
    <w:rsid w:val="00D813C8"/>
    <w:rsid w:val="00DF41C3"/>
    <w:rsid w:val="00E00907"/>
    <w:rsid w:val="00E010A3"/>
    <w:rsid w:val="00ED763F"/>
    <w:rsid w:val="00F24298"/>
    <w:rsid w:val="00F84AD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07C7A1"/>
  <w14:defaultImageDpi w14:val="300"/>
  <w15:docId w15:val="{D5C13247-DBEA-F747-9B9A-AF6270E09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jc w:val="both"/>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None">
    <w:name w:val="None"/>
    <w:rsid w:val="004C02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18</TotalTime>
  <Pages>4</Pages>
  <Words>1474</Words>
  <Characters>8402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9857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Eralda Mariani</cp:lastModifiedBy>
  <cp:revision>30</cp:revision>
  <dcterms:created xsi:type="dcterms:W3CDTF">2026-09-24T13:11:00Z</dcterms:created>
  <dcterms:modified xsi:type="dcterms:W3CDTF">2026-09-25T14:26:00Z</dcterms:modified>
  <cp:category/>
</cp:coreProperties>
</file>